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50C8" w14:textId="77777777" w:rsidR="00043E71" w:rsidRPr="000363CA" w:rsidRDefault="006D6AB6" w:rsidP="000363CA">
      <w:pPr>
        <w:jc w:val="center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  <w:b/>
          <w:sz w:val="28"/>
        </w:rPr>
        <w:t>UMOWA DOSTAWY NR ____/2026</w:t>
      </w:r>
    </w:p>
    <w:p w14:paraId="0A0EBEC2" w14:textId="77777777" w:rsidR="00043E71" w:rsidRPr="000363CA" w:rsidRDefault="006D6AB6" w:rsidP="000363CA">
      <w:pPr>
        <w:jc w:val="center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zawarta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dniu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gramStart"/>
      <w:r w:rsidRPr="000363CA">
        <w:rPr>
          <w:rFonts w:asciiTheme="majorHAnsi" w:hAnsiTheme="majorHAnsi" w:cstheme="majorHAnsi"/>
        </w:rPr>
        <w:t xml:space="preserve">____________ 2026 r. w </w:t>
      </w:r>
      <w:proofErr w:type="gramEnd"/>
      <w:r w:rsidRPr="000363CA">
        <w:rPr>
          <w:rFonts w:asciiTheme="majorHAnsi" w:hAnsiTheme="majorHAnsi" w:cstheme="majorHAnsi"/>
        </w:rPr>
        <w:t>____________________</w:t>
      </w:r>
    </w:p>
    <w:p w14:paraId="3749D7BE" w14:textId="77777777" w:rsidR="00043E71" w:rsidRPr="000363CA" w:rsidRDefault="00043E71" w:rsidP="000363CA">
      <w:pPr>
        <w:jc w:val="both"/>
        <w:rPr>
          <w:rFonts w:asciiTheme="majorHAnsi" w:hAnsiTheme="majorHAnsi" w:cstheme="majorHAnsi"/>
        </w:rPr>
      </w:pPr>
    </w:p>
    <w:p w14:paraId="26E66F5D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pomiędzy</w:t>
      </w:r>
      <w:proofErr w:type="spellEnd"/>
      <w:r w:rsidRPr="000363CA">
        <w:rPr>
          <w:rFonts w:asciiTheme="majorHAnsi" w:hAnsiTheme="majorHAnsi" w:cstheme="majorHAnsi"/>
        </w:rPr>
        <w:t>:</w:t>
      </w:r>
    </w:p>
    <w:p w14:paraId="1D43C54B" w14:textId="77777777" w:rsidR="008F0F37" w:rsidRPr="000363CA" w:rsidRDefault="008F0F37" w:rsidP="000363CA">
      <w:p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  <w:b/>
          <w:bCs/>
        </w:rPr>
        <w:t>Samorządowym</w:t>
      </w:r>
      <w:proofErr w:type="spellEnd"/>
      <w:r w:rsidRPr="000363CA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0363CA">
        <w:rPr>
          <w:rFonts w:asciiTheme="majorHAnsi" w:hAnsiTheme="majorHAnsi" w:cstheme="majorHAnsi"/>
          <w:b/>
          <w:bCs/>
        </w:rPr>
        <w:t>Zakładem</w:t>
      </w:r>
      <w:proofErr w:type="spellEnd"/>
      <w:r w:rsidRPr="000363CA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0363CA">
        <w:rPr>
          <w:rFonts w:asciiTheme="majorHAnsi" w:hAnsiTheme="majorHAnsi" w:cstheme="majorHAnsi"/>
          <w:b/>
          <w:bCs/>
        </w:rPr>
        <w:t>Opieki</w:t>
      </w:r>
      <w:proofErr w:type="spellEnd"/>
      <w:r w:rsidRPr="000363CA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0363CA">
        <w:rPr>
          <w:rFonts w:asciiTheme="majorHAnsi" w:hAnsiTheme="majorHAnsi" w:cstheme="majorHAnsi"/>
          <w:b/>
          <w:bCs/>
        </w:rPr>
        <w:t>Zdrowotnej</w:t>
      </w:r>
      <w:proofErr w:type="spellEnd"/>
      <w:r w:rsidRPr="000363CA">
        <w:rPr>
          <w:rFonts w:asciiTheme="majorHAnsi" w:hAnsiTheme="majorHAnsi" w:cstheme="majorHAnsi"/>
          <w:b/>
          <w:bCs/>
        </w:rPr>
        <w:t xml:space="preserve"> </w:t>
      </w:r>
      <w:r w:rsidRPr="000363CA">
        <w:rPr>
          <w:rFonts w:asciiTheme="majorHAnsi" w:hAnsiTheme="majorHAnsi" w:cstheme="majorHAnsi"/>
        </w:rPr>
        <w:t xml:space="preserve">w Pińczowie z </w:t>
      </w:r>
      <w:proofErr w:type="spellStart"/>
      <w:r w:rsidRPr="000363CA">
        <w:rPr>
          <w:rFonts w:asciiTheme="majorHAnsi" w:hAnsiTheme="majorHAnsi" w:cstheme="majorHAnsi"/>
        </w:rPr>
        <w:t>siedzibą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Pińczowie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przy</w:t>
      </w:r>
      <w:proofErr w:type="spellEnd"/>
      <w:r w:rsidRPr="000363CA">
        <w:rPr>
          <w:rFonts w:asciiTheme="majorHAnsi" w:hAnsiTheme="majorHAnsi" w:cstheme="majorHAnsi"/>
        </w:rPr>
        <w:t xml:space="preserve"> ul. </w:t>
      </w:r>
      <w:proofErr w:type="spellStart"/>
      <w:r w:rsidRPr="000363CA">
        <w:rPr>
          <w:rFonts w:asciiTheme="majorHAnsi" w:hAnsiTheme="majorHAnsi" w:cstheme="majorHAnsi"/>
        </w:rPr>
        <w:t>Klasztornej</w:t>
      </w:r>
      <w:proofErr w:type="spellEnd"/>
      <w:r w:rsidRPr="000363CA">
        <w:rPr>
          <w:rFonts w:asciiTheme="majorHAnsi" w:hAnsiTheme="majorHAnsi" w:cstheme="majorHAnsi"/>
        </w:rPr>
        <w:t xml:space="preserve"> 6 28-400 </w:t>
      </w:r>
      <w:proofErr w:type="spellStart"/>
      <w:r w:rsidRPr="000363CA">
        <w:rPr>
          <w:rFonts w:asciiTheme="majorHAnsi" w:hAnsiTheme="majorHAnsi" w:cstheme="majorHAnsi"/>
        </w:rPr>
        <w:t>Pińczów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wpisanym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Krajowego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Rejestru</w:t>
      </w:r>
      <w:proofErr w:type="spellEnd"/>
      <w:r w:rsidRPr="000363CA">
        <w:rPr>
          <w:rFonts w:asciiTheme="majorHAnsi" w:hAnsiTheme="majorHAnsi" w:cstheme="majorHAnsi"/>
        </w:rPr>
        <w:t xml:space="preserve"> Sądowego – </w:t>
      </w:r>
      <w:proofErr w:type="spellStart"/>
      <w:r w:rsidRPr="000363CA">
        <w:rPr>
          <w:rFonts w:asciiTheme="majorHAnsi" w:hAnsiTheme="majorHAnsi" w:cstheme="majorHAnsi"/>
        </w:rPr>
        <w:t>Rejestru</w:t>
      </w:r>
      <w:proofErr w:type="spellEnd"/>
      <w:r w:rsidRPr="000363CA">
        <w:rPr>
          <w:rFonts w:asciiTheme="majorHAnsi" w:hAnsiTheme="majorHAnsi" w:cstheme="majorHAnsi"/>
        </w:rPr>
        <w:t xml:space="preserve"> Stowarzyszeń, </w:t>
      </w:r>
      <w:proofErr w:type="spellStart"/>
      <w:r w:rsidRPr="000363CA">
        <w:rPr>
          <w:rFonts w:asciiTheme="majorHAnsi" w:hAnsiTheme="majorHAnsi" w:cstheme="majorHAnsi"/>
        </w:rPr>
        <w:t>Innych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Organizacji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Społecznych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Zawodowych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Fundacji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Samodzielnych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Publicznych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Zakładów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Opieki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Zdrowotnej</w:t>
      </w:r>
      <w:proofErr w:type="spellEnd"/>
      <w:r w:rsidRPr="000363CA">
        <w:rPr>
          <w:rFonts w:asciiTheme="majorHAnsi" w:hAnsiTheme="majorHAnsi" w:cstheme="majorHAnsi"/>
        </w:rPr>
        <w:t xml:space="preserve"> w Sądzie Rejonowym Kielcach X </w:t>
      </w:r>
      <w:proofErr w:type="spellStart"/>
      <w:r w:rsidRPr="000363CA">
        <w:rPr>
          <w:rFonts w:asciiTheme="majorHAnsi" w:hAnsiTheme="majorHAnsi" w:cstheme="majorHAnsi"/>
        </w:rPr>
        <w:t>Wydział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Krajowego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Rejestru</w:t>
      </w:r>
      <w:proofErr w:type="spellEnd"/>
      <w:r w:rsidRPr="000363CA">
        <w:rPr>
          <w:rFonts w:asciiTheme="majorHAnsi" w:hAnsiTheme="majorHAnsi" w:cstheme="majorHAnsi"/>
        </w:rPr>
        <w:t xml:space="preserve"> Sądowego pod nr KRS: 0000009330, NIP  </w:t>
      </w:r>
      <w:proofErr w:type="gramStart"/>
      <w:r w:rsidRPr="000363CA">
        <w:rPr>
          <w:rFonts w:asciiTheme="majorHAnsi" w:hAnsiTheme="majorHAnsi" w:cstheme="majorHAnsi"/>
        </w:rPr>
        <w:t>6621455148,  REGON</w:t>
      </w:r>
      <w:proofErr w:type="gramEnd"/>
      <w:r w:rsidRPr="000363CA">
        <w:rPr>
          <w:rFonts w:asciiTheme="majorHAnsi" w:hAnsiTheme="majorHAnsi" w:cstheme="majorHAnsi"/>
        </w:rPr>
        <w:t xml:space="preserve">: 290403871, </w:t>
      </w:r>
      <w:proofErr w:type="spellStart"/>
      <w:r w:rsidRPr="000363CA">
        <w:rPr>
          <w:rFonts w:asciiTheme="majorHAnsi" w:hAnsiTheme="majorHAnsi" w:cstheme="majorHAnsi"/>
        </w:rPr>
        <w:t>zwanym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dalszej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treści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„</w:t>
      </w:r>
      <w:proofErr w:type="spellStart"/>
      <w:r w:rsidRPr="000363CA">
        <w:rPr>
          <w:rFonts w:asciiTheme="majorHAnsi" w:hAnsiTheme="majorHAnsi" w:cstheme="majorHAnsi"/>
        </w:rPr>
        <w:t>Zamawiającym</w:t>
      </w:r>
      <w:proofErr w:type="spellEnd"/>
      <w:r w:rsidRPr="000363CA">
        <w:rPr>
          <w:rFonts w:asciiTheme="majorHAnsi" w:hAnsiTheme="majorHAnsi" w:cstheme="majorHAnsi"/>
        </w:rPr>
        <w:t xml:space="preserve">” w </w:t>
      </w:r>
      <w:proofErr w:type="spellStart"/>
      <w:r w:rsidRPr="000363CA">
        <w:rPr>
          <w:rFonts w:asciiTheme="majorHAnsi" w:hAnsiTheme="majorHAnsi" w:cstheme="majorHAnsi"/>
        </w:rPr>
        <w:t>imieniu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którego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występuje</w:t>
      </w:r>
      <w:proofErr w:type="spellEnd"/>
      <w:r w:rsidRPr="000363CA">
        <w:rPr>
          <w:rFonts w:asciiTheme="majorHAnsi" w:hAnsiTheme="majorHAnsi" w:cstheme="majorHAnsi"/>
        </w:rPr>
        <w:t xml:space="preserve">:  </w:t>
      </w:r>
    </w:p>
    <w:p w14:paraId="4BF497C0" w14:textId="77777777" w:rsidR="008F0F37" w:rsidRPr="000363CA" w:rsidRDefault="008F0F37" w:rsidP="000363CA">
      <w:pPr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Pani Jolanta </w:t>
      </w:r>
      <w:proofErr w:type="spellStart"/>
      <w:r w:rsidRPr="000363CA">
        <w:rPr>
          <w:rFonts w:asciiTheme="majorHAnsi" w:hAnsiTheme="majorHAnsi" w:cstheme="majorHAnsi"/>
        </w:rPr>
        <w:t>Morgaś</w:t>
      </w:r>
      <w:proofErr w:type="spellEnd"/>
      <w:r w:rsidRPr="000363CA">
        <w:rPr>
          <w:rFonts w:asciiTheme="majorHAnsi" w:hAnsiTheme="majorHAnsi" w:cstheme="majorHAnsi"/>
        </w:rPr>
        <w:t xml:space="preserve"> - </w:t>
      </w:r>
      <w:proofErr w:type="spellStart"/>
      <w:r w:rsidRPr="000363CA">
        <w:rPr>
          <w:rFonts w:asciiTheme="majorHAnsi" w:hAnsiTheme="majorHAnsi" w:cstheme="majorHAnsi"/>
        </w:rPr>
        <w:t>Dyrektor</w:t>
      </w:r>
      <w:proofErr w:type="spellEnd"/>
    </w:p>
    <w:p w14:paraId="66403E34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>a</w:t>
      </w:r>
    </w:p>
    <w:p w14:paraId="499F4D0C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________________________________, z </w:t>
      </w:r>
      <w:proofErr w:type="spellStart"/>
      <w:r w:rsidRPr="000363CA">
        <w:rPr>
          <w:rFonts w:asciiTheme="majorHAnsi" w:hAnsiTheme="majorHAnsi" w:cstheme="majorHAnsi"/>
        </w:rPr>
        <w:t>siedzibą</w:t>
      </w:r>
      <w:proofErr w:type="spellEnd"/>
      <w:r w:rsidRPr="000363CA">
        <w:rPr>
          <w:rFonts w:asciiTheme="majorHAnsi" w:hAnsiTheme="majorHAnsi" w:cstheme="majorHAnsi"/>
        </w:rPr>
        <w:t xml:space="preserve">: ________________________________, </w:t>
      </w:r>
      <w:proofErr w:type="spellStart"/>
      <w:r w:rsidRPr="000363CA">
        <w:rPr>
          <w:rFonts w:asciiTheme="majorHAnsi" w:hAnsiTheme="majorHAnsi" w:cstheme="majorHAnsi"/>
        </w:rPr>
        <w:t>wpisanym</w:t>
      </w:r>
      <w:proofErr w:type="spellEnd"/>
      <w:r w:rsidRPr="000363CA">
        <w:rPr>
          <w:rFonts w:asciiTheme="majorHAnsi" w:hAnsiTheme="majorHAnsi" w:cstheme="majorHAnsi"/>
        </w:rPr>
        <w:t xml:space="preserve"> do ________________________________, NIP: ____________, REGON/KRS/CEIDG: ____________, </w:t>
      </w:r>
      <w:proofErr w:type="spellStart"/>
      <w:r w:rsidRPr="000363CA">
        <w:rPr>
          <w:rFonts w:asciiTheme="majorHAnsi" w:hAnsiTheme="majorHAnsi" w:cstheme="majorHAnsi"/>
        </w:rPr>
        <w:t>reprezentowanym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: ________________________________, </w:t>
      </w:r>
      <w:proofErr w:type="spellStart"/>
      <w:r w:rsidRPr="000363CA">
        <w:rPr>
          <w:rFonts w:asciiTheme="majorHAnsi" w:hAnsiTheme="majorHAnsi" w:cstheme="majorHAnsi"/>
        </w:rPr>
        <w:t>zwanym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dalej</w:t>
      </w:r>
      <w:proofErr w:type="spellEnd"/>
      <w:r w:rsidRPr="000363CA">
        <w:rPr>
          <w:rFonts w:asciiTheme="majorHAnsi" w:hAnsiTheme="majorHAnsi" w:cstheme="majorHAnsi"/>
        </w:rPr>
        <w:t xml:space="preserve"> „</w:t>
      </w:r>
      <w:proofErr w:type="spellStart"/>
      <w:r w:rsidRPr="000363CA">
        <w:rPr>
          <w:rFonts w:asciiTheme="majorHAnsi" w:hAnsiTheme="majorHAnsi" w:cstheme="majorHAnsi"/>
        </w:rPr>
        <w:t>Wykonawcą</w:t>
      </w:r>
      <w:proofErr w:type="spellEnd"/>
      <w:r w:rsidRPr="000363CA">
        <w:rPr>
          <w:rFonts w:asciiTheme="majorHAnsi" w:hAnsiTheme="majorHAnsi" w:cstheme="majorHAnsi"/>
        </w:rPr>
        <w:t>”,</w:t>
      </w:r>
    </w:p>
    <w:p w14:paraId="7F5B9E5F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łącznie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zwanymi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dalej</w:t>
      </w:r>
      <w:proofErr w:type="spellEnd"/>
      <w:r w:rsidRPr="000363CA">
        <w:rPr>
          <w:rFonts w:asciiTheme="majorHAnsi" w:hAnsiTheme="majorHAnsi" w:cstheme="majorHAnsi"/>
        </w:rPr>
        <w:t xml:space="preserve"> „</w:t>
      </w:r>
      <w:proofErr w:type="spellStart"/>
      <w:r w:rsidRPr="000363CA">
        <w:rPr>
          <w:rFonts w:asciiTheme="majorHAnsi" w:hAnsiTheme="majorHAnsi" w:cstheme="majorHAnsi"/>
        </w:rPr>
        <w:t>Stronami</w:t>
      </w:r>
      <w:proofErr w:type="spellEnd"/>
      <w:r w:rsidRPr="000363CA">
        <w:rPr>
          <w:rFonts w:asciiTheme="majorHAnsi" w:hAnsiTheme="majorHAnsi" w:cstheme="majorHAnsi"/>
        </w:rPr>
        <w:t xml:space="preserve">”, a </w:t>
      </w:r>
      <w:proofErr w:type="spellStart"/>
      <w:r w:rsidRPr="000363CA">
        <w:rPr>
          <w:rFonts w:asciiTheme="majorHAnsi" w:hAnsiTheme="majorHAnsi" w:cstheme="majorHAnsi"/>
        </w:rPr>
        <w:t>każda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osobna</w:t>
      </w:r>
      <w:proofErr w:type="spellEnd"/>
      <w:r w:rsidRPr="000363CA">
        <w:rPr>
          <w:rFonts w:asciiTheme="majorHAnsi" w:hAnsiTheme="majorHAnsi" w:cstheme="majorHAnsi"/>
        </w:rPr>
        <w:t xml:space="preserve"> „</w:t>
      </w:r>
      <w:proofErr w:type="spellStart"/>
      <w:r w:rsidRPr="000363CA">
        <w:rPr>
          <w:rFonts w:asciiTheme="majorHAnsi" w:hAnsiTheme="majorHAnsi" w:cstheme="majorHAnsi"/>
        </w:rPr>
        <w:t>Stroną</w:t>
      </w:r>
      <w:proofErr w:type="spellEnd"/>
      <w:r w:rsidRPr="000363CA">
        <w:rPr>
          <w:rFonts w:asciiTheme="majorHAnsi" w:hAnsiTheme="majorHAnsi" w:cstheme="majorHAnsi"/>
        </w:rPr>
        <w:t>”.</w:t>
      </w:r>
    </w:p>
    <w:p w14:paraId="78D79A9E" w14:textId="77777777" w:rsidR="00043E71" w:rsidRPr="000363CA" w:rsidRDefault="00043E71" w:rsidP="000363CA">
      <w:pPr>
        <w:jc w:val="both"/>
        <w:rPr>
          <w:rFonts w:asciiTheme="majorHAnsi" w:hAnsiTheme="majorHAnsi" w:cstheme="majorHAnsi"/>
        </w:rPr>
      </w:pPr>
    </w:p>
    <w:p w14:paraId="0253A633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Zważywszy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realizuje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przedsięwzięcie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ramach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projektu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grantowego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pn</w:t>
      </w:r>
      <w:proofErr w:type="spellEnd"/>
      <w:r w:rsidRPr="000363CA">
        <w:rPr>
          <w:rFonts w:asciiTheme="majorHAnsi" w:hAnsiTheme="majorHAnsi" w:cstheme="majorHAnsi"/>
        </w:rPr>
        <w:t>. „</w:t>
      </w:r>
      <w:proofErr w:type="spellStart"/>
      <w:r w:rsidRPr="000363CA">
        <w:rPr>
          <w:rFonts w:asciiTheme="majorHAnsi" w:hAnsiTheme="majorHAnsi" w:cstheme="majorHAnsi"/>
        </w:rPr>
        <w:t>Wsparcie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podstawowej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opieki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zdrowotnej</w:t>
      </w:r>
      <w:proofErr w:type="spellEnd"/>
      <w:r w:rsidRPr="000363CA">
        <w:rPr>
          <w:rFonts w:asciiTheme="majorHAnsi" w:hAnsiTheme="majorHAnsi" w:cstheme="majorHAnsi"/>
        </w:rPr>
        <w:t xml:space="preserve"> (POZ)” </w:t>
      </w:r>
      <w:proofErr w:type="spellStart"/>
      <w:r w:rsidRPr="000363CA">
        <w:rPr>
          <w:rFonts w:asciiTheme="majorHAnsi" w:hAnsiTheme="majorHAnsi" w:cstheme="majorHAnsi"/>
        </w:rPr>
        <w:t>realizowanego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ramach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Programu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Fundusze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Europejskie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Infrastrukturę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Klimat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Środowisko</w:t>
      </w:r>
      <w:proofErr w:type="spellEnd"/>
      <w:r w:rsidRPr="000363CA">
        <w:rPr>
          <w:rFonts w:asciiTheme="majorHAnsi" w:hAnsiTheme="majorHAnsi" w:cstheme="majorHAnsi"/>
        </w:rPr>
        <w:t xml:space="preserve"> 2021–2027, </w:t>
      </w:r>
      <w:proofErr w:type="spellStart"/>
      <w:r w:rsidRPr="000363CA">
        <w:rPr>
          <w:rFonts w:asciiTheme="majorHAnsi" w:hAnsiTheme="majorHAnsi" w:cstheme="majorHAnsi"/>
        </w:rPr>
        <w:t>współfinansowanego</w:t>
      </w:r>
      <w:proofErr w:type="spellEnd"/>
      <w:r w:rsidRPr="000363CA">
        <w:rPr>
          <w:rFonts w:asciiTheme="majorHAnsi" w:hAnsiTheme="majorHAnsi" w:cstheme="majorHAnsi"/>
        </w:rPr>
        <w:t xml:space="preserve"> ze </w:t>
      </w:r>
      <w:proofErr w:type="spellStart"/>
      <w:r w:rsidRPr="000363CA">
        <w:rPr>
          <w:rFonts w:asciiTheme="majorHAnsi" w:hAnsiTheme="majorHAnsi" w:cstheme="majorHAnsi"/>
        </w:rPr>
        <w:t>środków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Europejskiego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Funduszu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Rozwoju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Regionalnego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zawierają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umowę</w:t>
      </w:r>
      <w:proofErr w:type="spellEnd"/>
      <w:r w:rsidRPr="000363CA">
        <w:rPr>
          <w:rFonts w:asciiTheme="majorHAnsi" w:hAnsiTheme="majorHAnsi" w:cstheme="majorHAnsi"/>
        </w:rPr>
        <w:t xml:space="preserve"> o </w:t>
      </w:r>
      <w:proofErr w:type="spellStart"/>
      <w:r w:rsidRPr="000363CA">
        <w:rPr>
          <w:rFonts w:asciiTheme="majorHAnsi" w:hAnsiTheme="majorHAnsi" w:cstheme="majorHAnsi"/>
        </w:rPr>
        <w:t>następującej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treści</w:t>
      </w:r>
      <w:proofErr w:type="spellEnd"/>
      <w:r w:rsidRPr="000363CA">
        <w:rPr>
          <w:rFonts w:asciiTheme="majorHAnsi" w:hAnsiTheme="majorHAnsi" w:cstheme="majorHAnsi"/>
        </w:rPr>
        <w:t>:</w:t>
      </w:r>
    </w:p>
    <w:p w14:paraId="5E1B9D4F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1. </w:t>
      </w:r>
      <w:proofErr w:type="spellStart"/>
      <w:r w:rsidRPr="000363CA">
        <w:rPr>
          <w:rFonts w:cstheme="majorHAnsi"/>
        </w:rPr>
        <w:t>Przedmiot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umowy</w:t>
      </w:r>
      <w:proofErr w:type="spellEnd"/>
    </w:p>
    <w:p w14:paraId="646ED50A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</w:t>
      </w:r>
      <w:proofErr w:type="spellEnd"/>
      <w:r w:rsidRPr="000363CA">
        <w:rPr>
          <w:rFonts w:asciiTheme="majorHAnsi" w:hAnsiTheme="majorHAnsi" w:cstheme="majorHAnsi"/>
        </w:rPr>
        <w:t xml:space="preserve">, a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zobowiązuje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dostarczyć</w:t>
      </w:r>
      <w:proofErr w:type="spellEnd"/>
      <w:r w:rsidRPr="000363CA">
        <w:rPr>
          <w:rFonts w:asciiTheme="majorHAnsi" w:hAnsiTheme="majorHAnsi" w:cstheme="majorHAnsi"/>
        </w:rPr>
        <w:t xml:space="preserve"> 2 (</w:t>
      </w:r>
      <w:proofErr w:type="spellStart"/>
      <w:r w:rsidRPr="000363CA">
        <w:rPr>
          <w:rFonts w:asciiTheme="majorHAnsi" w:hAnsiTheme="majorHAnsi" w:cstheme="majorHAnsi"/>
        </w:rPr>
        <w:t>dwa</w:t>
      </w:r>
      <w:proofErr w:type="spellEnd"/>
      <w:r w:rsidRPr="000363CA">
        <w:rPr>
          <w:rFonts w:asciiTheme="majorHAnsi" w:hAnsiTheme="majorHAnsi" w:cstheme="majorHAnsi"/>
        </w:rPr>
        <w:t xml:space="preserve">) </w:t>
      </w:r>
      <w:proofErr w:type="spellStart"/>
      <w:r w:rsidRPr="000363CA">
        <w:rPr>
          <w:rFonts w:asciiTheme="majorHAnsi" w:hAnsiTheme="majorHAnsi" w:cstheme="majorHAnsi"/>
        </w:rPr>
        <w:t>fabrycznie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nowe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serwery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archiwizacji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bazy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oprogramowania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obsługi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poradni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archiwizacji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medycznej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skanów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dołączonych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dokumentacji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zwane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dalej</w:t>
      </w:r>
      <w:proofErr w:type="spellEnd"/>
      <w:r w:rsidRPr="000363CA">
        <w:rPr>
          <w:rFonts w:asciiTheme="majorHAnsi" w:hAnsiTheme="majorHAnsi" w:cstheme="majorHAnsi"/>
        </w:rPr>
        <w:t xml:space="preserve"> „</w:t>
      </w:r>
      <w:proofErr w:type="spellStart"/>
      <w:r w:rsidRPr="000363CA">
        <w:rPr>
          <w:rFonts w:asciiTheme="majorHAnsi" w:hAnsiTheme="majorHAnsi" w:cstheme="majorHAnsi"/>
        </w:rPr>
        <w:t>Sprzętem</w:t>
      </w:r>
      <w:proofErr w:type="spellEnd"/>
      <w:r w:rsidRPr="000363CA">
        <w:rPr>
          <w:rFonts w:asciiTheme="majorHAnsi" w:hAnsiTheme="majorHAnsi" w:cstheme="majorHAnsi"/>
        </w:rPr>
        <w:t>”.</w:t>
      </w:r>
    </w:p>
    <w:p w14:paraId="0AEFBC5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Szczegółowy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opis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minimalne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techniczne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gwarancyjne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określa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1 do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– </w:t>
      </w:r>
      <w:proofErr w:type="spellStart"/>
      <w:r w:rsidRPr="000363CA">
        <w:rPr>
          <w:rFonts w:asciiTheme="majorHAnsi" w:hAnsiTheme="majorHAnsi" w:cstheme="majorHAnsi"/>
        </w:rPr>
        <w:t>Opis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zamówienia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A196266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Sprzęt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musi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być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kompletny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wolny</w:t>
      </w:r>
      <w:proofErr w:type="spellEnd"/>
      <w:r w:rsidRPr="000363CA">
        <w:rPr>
          <w:rFonts w:asciiTheme="majorHAnsi" w:hAnsiTheme="majorHAnsi" w:cstheme="majorHAnsi"/>
        </w:rPr>
        <w:t xml:space="preserve"> od wad </w:t>
      </w:r>
      <w:proofErr w:type="spellStart"/>
      <w:r w:rsidRPr="000363CA">
        <w:rPr>
          <w:rFonts w:asciiTheme="majorHAnsi" w:hAnsiTheme="majorHAnsi" w:cstheme="majorHAnsi"/>
        </w:rPr>
        <w:t>fizycznych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prawnych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dopuszczony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obrotu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terytorium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Rzeczypospolitej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Polskiej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pochodzić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oficjalnego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kanału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dystrybucji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AE0A225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W </w:t>
      </w:r>
      <w:proofErr w:type="spellStart"/>
      <w:r w:rsidRPr="000363CA">
        <w:rPr>
          <w:rFonts w:asciiTheme="majorHAnsi" w:hAnsiTheme="majorHAnsi" w:cstheme="majorHAnsi"/>
        </w:rPr>
        <w:t>ramach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zapewnia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dostawę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wniesienie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montaż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szafie</w:t>
      </w:r>
      <w:proofErr w:type="spellEnd"/>
      <w:r w:rsidRPr="000363CA">
        <w:rPr>
          <w:rFonts w:asciiTheme="majorHAnsi" w:hAnsiTheme="majorHAnsi" w:cstheme="majorHAnsi"/>
        </w:rPr>
        <w:t xml:space="preserve"> Rack 19”, </w:t>
      </w:r>
      <w:proofErr w:type="spellStart"/>
      <w:r w:rsidRPr="000363CA">
        <w:rPr>
          <w:rFonts w:asciiTheme="majorHAnsi" w:hAnsiTheme="majorHAnsi" w:cstheme="majorHAnsi"/>
        </w:rPr>
        <w:t>instalację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elementów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sprzętowych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podstawową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konfigurację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kontrolerów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dysków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dokumentacją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przekazanie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dokumentacji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licencji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06B93D0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5.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oświadcza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oferowany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spełnia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wszystkie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wskazane</w:t>
      </w:r>
      <w:proofErr w:type="spellEnd"/>
      <w:r w:rsidRPr="000363CA">
        <w:rPr>
          <w:rFonts w:asciiTheme="majorHAnsi" w:hAnsiTheme="majorHAnsi" w:cstheme="majorHAnsi"/>
        </w:rPr>
        <w:t xml:space="preserve"> w Zapytaniu </w:t>
      </w:r>
      <w:proofErr w:type="spellStart"/>
      <w:r w:rsidRPr="000363CA">
        <w:rPr>
          <w:rFonts w:asciiTheme="majorHAnsi" w:hAnsiTheme="majorHAnsi" w:cstheme="majorHAnsi"/>
        </w:rPr>
        <w:t>ofertowym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ofercie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stanowiącej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2 do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0B6742B6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lastRenderedPageBreak/>
        <w:t xml:space="preserve">§ 2. Termin i </w:t>
      </w:r>
      <w:proofErr w:type="spellStart"/>
      <w:r w:rsidRPr="000363CA">
        <w:rPr>
          <w:rFonts w:cstheme="majorHAnsi"/>
        </w:rPr>
        <w:t>miejsce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realizacji</w:t>
      </w:r>
      <w:proofErr w:type="spellEnd"/>
    </w:p>
    <w:p w14:paraId="1376FBB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dnia</w:t>
      </w:r>
      <w:proofErr w:type="spellEnd"/>
      <w:r w:rsidRPr="000363CA">
        <w:rPr>
          <w:rFonts w:asciiTheme="majorHAnsi" w:hAnsiTheme="majorHAnsi" w:cstheme="majorHAnsi"/>
        </w:rPr>
        <w:t xml:space="preserve"> 15.08.2026 r., </w:t>
      </w:r>
      <w:proofErr w:type="spellStart"/>
      <w:r w:rsidRPr="000363CA">
        <w:rPr>
          <w:rFonts w:asciiTheme="majorHAnsi" w:hAnsiTheme="majorHAnsi" w:cstheme="majorHAnsi"/>
        </w:rPr>
        <w:t>chyba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oferta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przewiduje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termin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krótszy</w:t>
      </w:r>
      <w:proofErr w:type="spellEnd"/>
      <w:r w:rsidRPr="000363CA">
        <w:rPr>
          <w:rFonts w:asciiTheme="majorHAnsi" w:hAnsiTheme="majorHAnsi" w:cstheme="majorHAnsi"/>
        </w:rPr>
        <w:t xml:space="preserve">: __________ </w:t>
      </w:r>
      <w:proofErr w:type="spellStart"/>
      <w:r w:rsidRPr="000363CA">
        <w:rPr>
          <w:rFonts w:asciiTheme="majorHAnsi" w:hAnsiTheme="majorHAnsi" w:cstheme="majorHAnsi"/>
        </w:rPr>
        <w:t>dni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kalendarzowych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zawarcia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56A251EC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Miejscem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dostawy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instalacji</w:t>
      </w:r>
      <w:proofErr w:type="spellEnd"/>
      <w:r w:rsidRPr="000363CA">
        <w:rPr>
          <w:rFonts w:asciiTheme="majorHAnsi" w:hAnsiTheme="majorHAnsi" w:cstheme="majorHAnsi"/>
        </w:rPr>
        <w:t xml:space="preserve"> jest </w:t>
      </w:r>
      <w:proofErr w:type="spellStart"/>
      <w:r w:rsidRPr="000363CA">
        <w:rPr>
          <w:rFonts w:asciiTheme="majorHAnsi" w:hAnsiTheme="majorHAnsi" w:cstheme="majorHAnsi"/>
        </w:rPr>
        <w:t>siedziba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lokalizacja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wskazana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miasta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Pińczowa</w:t>
      </w:r>
      <w:proofErr w:type="spellEnd"/>
      <w:r w:rsidRPr="000363CA">
        <w:rPr>
          <w:rFonts w:asciiTheme="majorHAnsi" w:hAnsiTheme="majorHAnsi" w:cstheme="majorHAnsi"/>
        </w:rPr>
        <w:t>: ________________________________.</w:t>
      </w:r>
    </w:p>
    <w:p w14:paraId="2C2DB36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Termin </w:t>
      </w:r>
      <w:proofErr w:type="spellStart"/>
      <w:r w:rsidRPr="000363CA">
        <w:rPr>
          <w:rFonts w:asciiTheme="majorHAnsi" w:hAnsiTheme="majorHAnsi" w:cstheme="majorHAnsi"/>
        </w:rPr>
        <w:t>dostawy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instalacji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uzgodni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przedstawicielem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z co </w:t>
      </w:r>
      <w:proofErr w:type="spellStart"/>
      <w:r w:rsidRPr="000363CA">
        <w:rPr>
          <w:rFonts w:asciiTheme="majorHAnsi" w:hAnsiTheme="majorHAnsi" w:cstheme="majorHAnsi"/>
        </w:rPr>
        <w:t>najmniej</w:t>
      </w:r>
      <w:proofErr w:type="spellEnd"/>
      <w:r w:rsidRPr="000363CA">
        <w:rPr>
          <w:rFonts w:asciiTheme="majorHAnsi" w:hAnsiTheme="majorHAnsi" w:cstheme="majorHAnsi"/>
        </w:rPr>
        <w:t xml:space="preserve"> 2-dniowym </w:t>
      </w:r>
      <w:proofErr w:type="spellStart"/>
      <w:r w:rsidRPr="000363CA">
        <w:rPr>
          <w:rFonts w:asciiTheme="majorHAnsi" w:hAnsiTheme="majorHAnsi" w:cstheme="majorHAnsi"/>
        </w:rPr>
        <w:t>wyprzedzeniem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70489377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Za </w:t>
      </w:r>
      <w:proofErr w:type="spellStart"/>
      <w:r w:rsidRPr="000363CA">
        <w:rPr>
          <w:rFonts w:asciiTheme="majorHAnsi" w:hAnsiTheme="majorHAnsi" w:cstheme="majorHAnsi"/>
        </w:rPr>
        <w:t>dzień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uznaje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dzień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podpisania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bez </w:t>
      </w:r>
      <w:proofErr w:type="spellStart"/>
      <w:r w:rsidRPr="000363CA">
        <w:rPr>
          <w:rFonts w:asciiTheme="majorHAnsi" w:hAnsiTheme="majorHAnsi" w:cstheme="majorHAnsi"/>
        </w:rPr>
        <w:t>zastrzeżeń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protokołu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końcowego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B4E31A5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3. </w:t>
      </w:r>
      <w:proofErr w:type="spellStart"/>
      <w:r w:rsidRPr="000363CA">
        <w:rPr>
          <w:rFonts w:cstheme="majorHAnsi"/>
        </w:rPr>
        <w:t>Dostawa</w:t>
      </w:r>
      <w:proofErr w:type="spellEnd"/>
      <w:r w:rsidRPr="000363CA">
        <w:rPr>
          <w:rFonts w:cstheme="majorHAnsi"/>
        </w:rPr>
        <w:t xml:space="preserve">, </w:t>
      </w:r>
      <w:proofErr w:type="spellStart"/>
      <w:r w:rsidRPr="000363CA">
        <w:rPr>
          <w:rFonts w:cstheme="majorHAnsi"/>
        </w:rPr>
        <w:t>instalacja</w:t>
      </w:r>
      <w:proofErr w:type="spellEnd"/>
      <w:r w:rsidRPr="000363CA">
        <w:rPr>
          <w:rFonts w:cstheme="majorHAnsi"/>
        </w:rPr>
        <w:t xml:space="preserve"> i </w:t>
      </w:r>
      <w:proofErr w:type="spellStart"/>
      <w:r w:rsidRPr="000363CA">
        <w:rPr>
          <w:rFonts w:cstheme="majorHAnsi"/>
        </w:rPr>
        <w:t>odbiór</w:t>
      </w:r>
      <w:proofErr w:type="spellEnd"/>
    </w:p>
    <w:p w14:paraId="71D352B1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odpowiada</w:t>
      </w:r>
      <w:proofErr w:type="spellEnd"/>
      <w:r w:rsidRPr="000363CA">
        <w:rPr>
          <w:rFonts w:asciiTheme="majorHAnsi" w:hAnsiTheme="majorHAnsi" w:cstheme="majorHAnsi"/>
        </w:rPr>
        <w:t xml:space="preserve"> za transport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miejsca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realizacji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jego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rozładunek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wniesienie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zabezpieczenie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uszkodzeniem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chwili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podpisania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protokołu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531842A4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oryginalnych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opakowaniach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albo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opakowaniach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zapewniających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równoważny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poziom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ochrony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64C16E9C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Odbiór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obejmuje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weryfikację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ilościową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sprawdzenie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kompletności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dostawy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zgodności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Umową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zgodności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numerów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seryjnych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podstawowe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uruchomienie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potwierdzenie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dostępności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dokumentacji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licencji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6BBD392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Z </w:t>
      </w:r>
      <w:proofErr w:type="spellStart"/>
      <w:r w:rsidRPr="000363CA">
        <w:rPr>
          <w:rFonts w:asciiTheme="majorHAnsi" w:hAnsiTheme="majorHAnsi" w:cstheme="majorHAnsi"/>
        </w:rPr>
        <w:t>czynności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sporządzą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protokół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według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wzoru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określonego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Załączniku</w:t>
      </w:r>
      <w:proofErr w:type="spellEnd"/>
      <w:r w:rsidRPr="000363CA">
        <w:rPr>
          <w:rFonts w:asciiTheme="majorHAnsi" w:hAnsiTheme="majorHAnsi" w:cstheme="majorHAnsi"/>
        </w:rPr>
        <w:t xml:space="preserve"> nr 3 do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55457463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5. W </w:t>
      </w:r>
      <w:proofErr w:type="spellStart"/>
      <w:r w:rsidRPr="000363CA">
        <w:rPr>
          <w:rFonts w:asciiTheme="majorHAnsi" w:hAnsiTheme="majorHAnsi" w:cstheme="majorHAnsi"/>
        </w:rPr>
        <w:t>przypadku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stwierdzenia</w:t>
      </w:r>
      <w:proofErr w:type="spellEnd"/>
      <w:r w:rsidRPr="000363CA">
        <w:rPr>
          <w:rFonts w:asciiTheme="majorHAnsi" w:hAnsiTheme="majorHAnsi" w:cstheme="majorHAnsi"/>
        </w:rPr>
        <w:t xml:space="preserve"> wad, </w:t>
      </w:r>
      <w:proofErr w:type="spellStart"/>
      <w:r w:rsidRPr="000363CA">
        <w:rPr>
          <w:rFonts w:asciiTheme="majorHAnsi" w:hAnsiTheme="majorHAnsi" w:cstheme="majorHAnsi"/>
        </w:rPr>
        <w:t>braków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niezgodności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odmówić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całości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albo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części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usunie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wady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braki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 xml:space="preserve"> do 3 </w:t>
      </w:r>
      <w:proofErr w:type="spellStart"/>
      <w:r w:rsidRPr="000363CA">
        <w:rPr>
          <w:rFonts w:asciiTheme="majorHAnsi" w:hAnsiTheme="majorHAnsi" w:cstheme="majorHAnsi"/>
        </w:rPr>
        <w:t>dni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roboczych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chyba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pisemnie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uzgodnią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termin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648EEC3B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6. </w:t>
      </w:r>
      <w:proofErr w:type="spellStart"/>
      <w:r w:rsidRPr="000363CA">
        <w:rPr>
          <w:rFonts w:asciiTheme="majorHAnsi" w:hAnsiTheme="majorHAnsi" w:cstheme="majorHAnsi"/>
        </w:rPr>
        <w:t>Podpisanie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protokołu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ogranicza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uprawnień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tytułu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rękojmi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odpowiedzialności</w:t>
      </w:r>
      <w:proofErr w:type="spellEnd"/>
      <w:r w:rsidRPr="000363CA">
        <w:rPr>
          <w:rFonts w:asciiTheme="majorHAnsi" w:hAnsiTheme="majorHAnsi" w:cstheme="majorHAnsi"/>
        </w:rPr>
        <w:t xml:space="preserve"> za </w:t>
      </w:r>
      <w:proofErr w:type="spellStart"/>
      <w:r w:rsidRPr="000363CA">
        <w:rPr>
          <w:rFonts w:asciiTheme="majorHAnsi" w:hAnsiTheme="majorHAnsi" w:cstheme="majorHAnsi"/>
        </w:rPr>
        <w:t>nienależyte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wykonanie</w:t>
      </w:r>
      <w:proofErr w:type="spellEnd"/>
      <w:r w:rsidRPr="000363CA">
        <w:rPr>
          <w:rFonts w:asciiTheme="majorHAnsi" w:hAnsiTheme="majorHAnsi" w:cstheme="majorHAnsi"/>
        </w:rPr>
        <w:t xml:space="preserve"> Umowy.</w:t>
      </w:r>
    </w:p>
    <w:p w14:paraId="5A096D59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4. </w:t>
      </w:r>
      <w:proofErr w:type="spellStart"/>
      <w:r w:rsidRPr="000363CA">
        <w:rPr>
          <w:rFonts w:cstheme="majorHAnsi"/>
        </w:rPr>
        <w:t>Wynagrodzenie</w:t>
      </w:r>
      <w:proofErr w:type="spellEnd"/>
      <w:r w:rsidRPr="000363CA">
        <w:rPr>
          <w:rFonts w:cstheme="majorHAnsi"/>
        </w:rPr>
        <w:t xml:space="preserve"> i </w:t>
      </w:r>
      <w:proofErr w:type="spellStart"/>
      <w:r w:rsidRPr="000363CA">
        <w:rPr>
          <w:rFonts w:cstheme="majorHAnsi"/>
        </w:rPr>
        <w:t>płatność</w:t>
      </w:r>
      <w:proofErr w:type="spellEnd"/>
    </w:p>
    <w:p w14:paraId="36B4C7F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Za </w:t>
      </w:r>
      <w:proofErr w:type="spellStart"/>
      <w:r w:rsidRPr="000363CA">
        <w:rPr>
          <w:rFonts w:asciiTheme="majorHAnsi" w:hAnsiTheme="majorHAnsi" w:cstheme="majorHAnsi"/>
        </w:rPr>
        <w:t>prawidłowe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przysługuje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wynagrodzenie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ryczałtowe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wysokości</w:t>
      </w:r>
      <w:proofErr w:type="spellEnd"/>
      <w:r w:rsidRPr="000363CA">
        <w:rPr>
          <w:rFonts w:asciiTheme="majorHAnsi" w:hAnsiTheme="majorHAnsi" w:cstheme="majorHAnsi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701"/>
        <w:gridCol w:w="2268"/>
        <w:gridCol w:w="2268"/>
      </w:tblGrid>
      <w:tr w:rsidR="00043E71" w:rsidRPr="000363CA" w14:paraId="27FA543D" w14:textId="77777777">
        <w:trPr>
          <w:jc w:val="center"/>
        </w:trPr>
        <w:tc>
          <w:tcPr>
            <w:tcW w:w="2268" w:type="dxa"/>
            <w:shd w:val="clear" w:color="auto" w:fill="D9EAF7"/>
          </w:tcPr>
          <w:p w14:paraId="506870BA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b/>
                <w:sz w:val="18"/>
              </w:rPr>
              <w:t xml:space="preserve">Cena </w:t>
            </w:r>
            <w:proofErr w:type="spellStart"/>
            <w:r w:rsidRPr="000363CA">
              <w:rPr>
                <w:rFonts w:asciiTheme="majorHAnsi" w:hAnsiTheme="majorHAnsi" w:cstheme="majorHAnsi"/>
                <w:b/>
                <w:sz w:val="18"/>
              </w:rPr>
              <w:t>netto</w:t>
            </w:r>
            <w:proofErr w:type="spellEnd"/>
          </w:p>
        </w:tc>
        <w:tc>
          <w:tcPr>
            <w:tcW w:w="1701" w:type="dxa"/>
            <w:shd w:val="clear" w:color="auto" w:fill="D9EAF7"/>
          </w:tcPr>
          <w:p w14:paraId="51B95E2B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0363CA">
              <w:rPr>
                <w:rFonts w:asciiTheme="majorHAnsi" w:hAnsiTheme="majorHAnsi" w:cstheme="majorHAnsi"/>
                <w:b/>
                <w:sz w:val="18"/>
              </w:rPr>
              <w:t>Stawka</w:t>
            </w:r>
            <w:proofErr w:type="spellEnd"/>
            <w:r w:rsidRPr="000363CA">
              <w:rPr>
                <w:rFonts w:asciiTheme="majorHAnsi" w:hAnsiTheme="majorHAnsi" w:cstheme="majorHAnsi"/>
                <w:b/>
                <w:sz w:val="18"/>
              </w:rPr>
              <w:t xml:space="preserve"> VAT</w:t>
            </w:r>
          </w:p>
        </w:tc>
        <w:tc>
          <w:tcPr>
            <w:tcW w:w="2268" w:type="dxa"/>
            <w:shd w:val="clear" w:color="auto" w:fill="D9EAF7"/>
          </w:tcPr>
          <w:p w14:paraId="4F5E8637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0363CA">
              <w:rPr>
                <w:rFonts w:asciiTheme="majorHAnsi" w:hAnsiTheme="majorHAnsi" w:cstheme="majorHAnsi"/>
                <w:b/>
                <w:sz w:val="18"/>
              </w:rPr>
              <w:t>Kwota</w:t>
            </w:r>
            <w:proofErr w:type="spellEnd"/>
            <w:r w:rsidRPr="000363CA">
              <w:rPr>
                <w:rFonts w:asciiTheme="majorHAnsi" w:hAnsiTheme="majorHAnsi" w:cstheme="majorHAnsi"/>
                <w:b/>
                <w:sz w:val="18"/>
              </w:rPr>
              <w:t xml:space="preserve"> VAT</w:t>
            </w:r>
          </w:p>
        </w:tc>
        <w:tc>
          <w:tcPr>
            <w:tcW w:w="2268" w:type="dxa"/>
            <w:shd w:val="clear" w:color="auto" w:fill="D9EAF7"/>
          </w:tcPr>
          <w:p w14:paraId="784FC9B6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b/>
                <w:sz w:val="18"/>
              </w:rPr>
              <w:t xml:space="preserve">Cena </w:t>
            </w:r>
            <w:proofErr w:type="spellStart"/>
            <w:r w:rsidRPr="000363CA">
              <w:rPr>
                <w:rFonts w:asciiTheme="majorHAnsi" w:hAnsiTheme="majorHAnsi" w:cstheme="majorHAnsi"/>
                <w:b/>
                <w:sz w:val="18"/>
              </w:rPr>
              <w:t>brutto</w:t>
            </w:r>
            <w:proofErr w:type="spellEnd"/>
          </w:p>
        </w:tc>
      </w:tr>
      <w:tr w:rsidR="00043E71" w:rsidRPr="000363CA" w14:paraId="67EAB085" w14:textId="77777777">
        <w:trPr>
          <w:jc w:val="center"/>
        </w:trPr>
        <w:tc>
          <w:tcPr>
            <w:tcW w:w="2268" w:type="dxa"/>
          </w:tcPr>
          <w:p w14:paraId="497E6B39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 xml:space="preserve">__________ </w:t>
            </w:r>
            <w:proofErr w:type="spellStart"/>
            <w:r w:rsidRPr="000363CA">
              <w:rPr>
                <w:rFonts w:asciiTheme="majorHAnsi" w:hAnsiTheme="majorHAnsi" w:cstheme="majorHAnsi"/>
                <w:sz w:val="18"/>
              </w:rPr>
              <w:t>zł</w:t>
            </w:r>
            <w:proofErr w:type="spellEnd"/>
          </w:p>
        </w:tc>
        <w:tc>
          <w:tcPr>
            <w:tcW w:w="1701" w:type="dxa"/>
          </w:tcPr>
          <w:p w14:paraId="11E432FD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>____ %</w:t>
            </w:r>
          </w:p>
        </w:tc>
        <w:tc>
          <w:tcPr>
            <w:tcW w:w="2268" w:type="dxa"/>
          </w:tcPr>
          <w:p w14:paraId="7A84E01C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 xml:space="preserve">__________ </w:t>
            </w:r>
            <w:proofErr w:type="spellStart"/>
            <w:r w:rsidRPr="000363CA">
              <w:rPr>
                <w:rFonts w:asciiTheme="majorHAnsi" w:hAnsiTheme="majorHAnsi" w:cstheme="majorHAnsi"/>
                <w:sz w:val="18"/>
              </w:rPr>
              <w:t>zł</w:t>
            </w:r>
            <w:proofErr w:type="spellEnd"/>
          </w:p>
        </w:tc>
        <w:tc>
          <w:tcPr>
            <w:tcW w:w="2268" w:type="dxa"/>
          </w:tcPr>
          <w:p w14:paraId="569687F5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 xml:space="preserve">__________ </w:t>
            </w:r>
            <w:proofErr w:type="spellStart"/>
            <w:r w:rsidRPr="000363CA">
              <w:rPr>
                <w:rFonts w:asciiTheme="majorHAnsi" w:hAnsiTheme="majorHAnsi" w:cstheme="majorHAnsi"/>
                <w:sz w:val="18"/>
              </w:rPr>
              <w:t>zł</w:t>
            </w:r>
            <w:proofErr w:type="spellEnd"/>
          </w:p>
        </w:tc>
      </w:tr>
    </w:tbl>
    <w:p w14:paraId="3182DB73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Wynagrodzenie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obejmuje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wszystkie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koszty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niezbędne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wykonania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szczególności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koszty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licencji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dostawy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ubezpieczenia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transportu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wniesienia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instalacji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konfiguracji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dokumentacji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wsparcia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04298B4B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Podstawą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wystawienia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faktury</w:t>
      </w:r>
      <w:proofErr w:type="spellEnd"/>
      <w:r w:rsidRPr="000363CA">
        <w:rPr>
          <w:rFonts w:asciiTheme="majorHAnsi" w:hAnsiTheme="majorHAnsi" w:cstheme="majorHAnsi"/>
        </w:rPr>
        <w:t xml:space="preserve"> jest </w:t>
      </w:r>
      <w:proofErr w:type="spellStart"/>
      <w:r w:rsidRPr="000363CA">
        <w:rPr>
          <w:rFonts w:asciiTheme="majorHAnsi" w:hAnsiTheme="majorHAnsi" w:cstheme="majorHAnsi"/>
        </w:rPr>
        <w:t>podpisany</w:t>
      </w:r>
      <w:proofErr w:type="spellEnd"/>
      <w:r w:rsidRPr="000363CA">
        <w:rPr>
          <w:rFonts w:asciiTheme="majorHAnsi" w:hAnsiTheme="majorHAnsi" w:cstheme="majorHAnsi"/>
        </w:rPr>
        <w:t xml:space="preserve"> bez </w:t>
      </w:r>
      <w:proofErr w:type="spellStart"/>
      <w:r w:rsidRPr="000363CA">
        <w:rPr>
          <w:rFonts w:asciiTheme="majorHAnsi" w:hAnsiTheme="majorHAnsi" w:cstheme="majorHAnsi"/>
        </w:rPr>
        <w:t>zastrzeżeń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protokół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końcowego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8D17EC8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</w:t>
      </w:r>
      <w:proofErr w:type="spellStart"/>
      <w:r w:rsidRPr="000363CA">
        <w:rPr>
          <w:rFonts w:asciiTheme="majorHAnsi" w:hAnsiTheme="majorHAnsi" w:cstheme="majorHAnsi"/>
        </w:rPr>
        <w:t>Płatność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nastąpi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przelewem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rachunek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bankowy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wskazany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fakturze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 xml:space="preserve"> ____ </w:t>
      </w:r>
      <w:proofErr w:type="spellStart"/>
      <w:r w:rsidRPr="000363CA">
        <w:rPr>
          <w:rFonts w:asciiTheme="majorHAnsi" w:hAnsiTheme="majorHAnsi" w:cstheme="majorHAnsi"/>
        </w:rPr>
        <w:t>dni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doręczenia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prawidłowo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wystawionej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faktury</w:t>
      </w:r>
      <w:proofErr w:type="spellEnd"/>
      <w:r w:rsidRPr="000363CA">
        <w:rPr>
          <w:rFonts w:asciiTheme="majorHAnsi" w:hAnsiTheme="majorHAnsi" w:cstheme="majorHAnsi"/>
        </w:rPr>
        <w:t xml:space="preserve"> VAT.</w:t>
      </w:r>
    </w:p>
    <w:p w14:paraId="27F9A3E3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5. Za </w:t>
      </w:r>
      <w:proofErr w:type="spellStart"/>
      <w:r w:rsidRPr="000363CA">
        <w:rPr>
          <w:rFonts w:asciiTheme="majorHAnsi" w:hAnsiTheme="majorHAnsi" w:cstheme="majorHAnsi"/>
        </w:rPr>
        <w:t>dzień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zapłaty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uznaje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dzień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obciążenia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rachunku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bankowego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F10FE27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lastRenderedPageBreak/>
        <w:t xml:space="preserve">6.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oświadcza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rachunek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bankowy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wskazany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fakturze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znajduje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białej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liście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podatników</w:t>
      </w:r>
      <w:proofErr w:type="spellEnd"/>
      <w:r w:rsidRPr="000363CA">
        <w:rPr>
          <w:rFonts w:asciiTheme="majorHAnsi" w:hAnsiTheme="majorHAnsi" w:cstheme="majorHAnsi"/>
        </w:rPr>
        <w:t xml:space="preserve"> VAT, </w:t>
      </w:r>
      <w:proofErr w:type="spellStart"/>
      <w:r w:rsidRPr="000363CA">
        <w:rPr>
          <w:rFonts w:asciiTheme="majorHAnsi" w:hAnsiTheme="majorHAnsi" w:cstheme="majorHAnsi"/>
        </w:rPr>
        <w:t>jeżeli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taki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obowiązek</w:t>
      </w:r>
      <w:proofErr w:type="spellEnd"/>
      <w:r w:rsidRPr="000363CA">
        <w:rPr>
          <w:rFonts w:asciiTheme="majorHAnsi" w:hAnsiTheme="majorHAnsi" w:cstheme="majorHAnsi"/>
        </w:rPr>
        <w:t xml:space="preserve"> ma </w:t>
      </w:r>
      <w:proofErr w:type="spellStart"/>
      <w:r w:rsidRPr="000363CA">
        <w:rPr>
          <w:rFonts w:asciiTheme="majorHAnsi" w:hAnsiTheme="majorHAnsi" w:cstheme="majorHAnsi"/>
        </w:rPr>
        <w:t>zastosowanie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39F2EAF8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5. </w:t>
      </w:r>
      <w:proofErr w:type="spellStart"/>
      <w:r w:rsidRPr="000363CA">
        <w:rPr>
          <w:rFonts w:cstheme="majorHAnsi"/>
        </w:rPr>
        <w:t>Gwarancja</w:t>
      </w:r>
      <w:proofErr w:type="spellEnd"/>
      <w:r w:rsidRPr="000363CA">
        <w:rPr>
          <w:rFonts w:cstheme="majorHAnsi"/>
        </w:rPr>
        <w:t xml:space="preserve">, </w:t>
      </w:r>
      <w:proofErr w:type="spellStart"/>
      <w:r w:rsidRPr="000363CA">
        <w:rPr>
          <w:rFonts w:cstheme="majorHAnsi"/>
        </w:rPr>
        <w:t>rękojmia</w:t>
      </w:r>
      <w:proofErr w:type="spellEnd"/>
      <w:r w:rsidRPr="000363CA">
        <w:rPr>
          <w:rFonts w:cstheme="majorHAnsi"/>
        </w:rPr>
        <w:t xml:space="preserve"> i </w:t>
      </w:r>
      <w:proofErr w:type="spellStart"/>
      <w:r w:rsidRPr="000363CA">
        <w:rPr>
          <w:rFonts w:cstheme="majorHAnsi"/>
        </w:rPr>
        <w:t>serwis</w:t>
      </w:r>
      <w:proofErr w:type="spellEnd"/>
    </w:p>
    <w:p w14:paraId="372D0CE7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zapewnia</w:t>
      </w:r>
      <w:proofErr w:type="spellEnd"/>
      <w:r w:rsidRPr="000363CA">
        <w:rPr>
          <w:rFonts w:asciiTheme="majorHAnsi" w:hAnsiTheme="majorHAnsi" w:cstheme="majorHAnsi"/>
        </w:rPr>
        <w:t xml:space="preserve"> minimum 36 </w:t>
      </w:r>
      <w:proofErr w:type="spellStart"/>
      <w:r w:rsidRPr="000363CA">
        <w:rPr>
          <w:rFonts w:asciiTheme="majorHAnsi" w:hAnsiTheme="majorHAnsi" w:cstheme="majorHAnsi"/>
        </w:rPr>
        <w:t>miesięcy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świadczonej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miejscu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instalacji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trybie</w:t>
      </w:r>
      <w:proofErr w:type="spellEnd"/>
      <w:r w:rsidRPr="000363CA">
        <w:rPr>
          <w:rFonts w:asciiTheme="majorHAnsi" w:hAnsiTheme="majorHAnsi" w:cstheme="majorHAnsi"/>
        </w:rPr>
        <w:t xml:space="preserve"> On-Site, z </w:t>
      </w:r>
      <w:proofErr w:type="spellStart"/>
      <w:r w:rsidRPr="000363CA">
        <w:rPr>
          <w:rFonts w:asciiTheme="majorHAnsi" w:hAnsiTheme="majorHAnsi" w:cstheme="majorHAnsi"/>
        </w:rPr>
        <w:t>czasem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reakcji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serwisowej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następnym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dniu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roboczym</w:t>
      </w:r>
      <w:proofErr w:type="spellEnd"/>
      <w:r w:rsidRPr="000363CA">
        <w:rPr>
          <w:rFonts w:asciiTheme="majorHAnsi" w:hAnsiTheme="majorHAnsi" w:cstheme="majorHAnsi"/>
        </w:rPr>
        <w:t xml:space="preserve"> (NBD), </w:t>
      </w:r>
      <w:proofErr w:type="spellStart"/>
      <w:r w:rsidRPr="000363CA">
        <w:rPr>
          <w:rFonts w:asciiTheme="majorHAnsi" w:hAnsiTheme="majorHAnsi" w:cstheme="majorHAnsi"/>
        </w:rPr>
        <w:t>liczonym</w:t>
      </w:r>
      <w:proofErr w:type="spellEnd"/>
      <w:r w:rsidRPr="000363CA">
        <w:rPr>
          <w:rFonts w:asciiTheme="majorHAnsi" w:hAnsiTheme="majorHAnsi" w:cstheme="majorHAnsi"/>
        </w:rPr>
        <w:t xml:space="preserve"> od </w:t>
      </w:r>
      <w:proofErr w:type="spellStart"/>
      <w:r w:rsidRPr="000363CA">
        <w:rPr>
          <w:rFonts w:asciiTheme="majorHAnsi" w:hAnsiTheme="majorHAnsi" w:cstheme="majorHAnsi"/>
        </w:rPr>
        <w:t>dnia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podpisania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protokołu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końcowego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5654C778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Gwarancja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obejmuje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wszystkie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elementy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tym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serwery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dyski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kontrolery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zasilacze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karty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sieciowe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elementy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montażowe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licencje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zarządzania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komponenty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dostarczone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ramach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chyba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producent </w:t>
      </w:r>
      <w:proofErr w:type="spellStart"/>
      <w:r w:rsidRPr="000363CA">
        <w:rPr>
          <w:rFonts w:asciiTheme="majorHAnsi" w:hAnsiTheme="majorHAnsi" w:cstheme="majorHAnsi"/>
        </w:rPr>
        <w:t>zapewnia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dłuższy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okres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0D75205C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Zgłoszenia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serwisowe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będą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dokonywane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adres</w:t>
      </w:r>
      <w:proofErr w:type="spellEnd"/>
      <w:r w:rsidRPr="000363CA">
        <w:rPr>
          <w:rFonts w:asciiTheme="majorHAnsi" w:hAnsiTheme="majorHAnsi" w:cstheme="majorHAnsi"/>
        </w:rPr>
        <w:t xml:space="preserve"> e-mail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systemie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serwisowym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>/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>: ________________________________.</w:t>
      </w:r>
    </w:p>
    <w:p w14:paraId="6167342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przekaże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niezbędne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rejestracji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obsługi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serwisowej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tym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numery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seryjne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identyfikatory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serwisowe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potwierdzenie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poziomu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wsparcia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instrukcję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zgłaszania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awarii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F478D23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5. W </w:t>
      </w:r>
      <w:proofErr w:type="spellStart"/>
      <w:r w:rsidRPr="000363CA">
        <w:rPr>
          <w:rFonts w:asciiTheme="majorHAnsi" w:hAnsiTheme="majorHAnsi" w:cstheme="majorHAnsi"/>
        </w:rPr>
        <w:t>przypadku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wymiany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nośników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ma </w:t>
      </w:r>
      <w:proofErr w:type="spellStart"/>
      <w:r w:rsidRPr="000363CA">
        <w:rPr>
          <w:rFonts w:asciiTheme="majorHAnsi" w:hAnsiTheme="majorHAnsi" w:cstheme="majorHAnsi"/>
        </w:rPr>
        <w:t>prawo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zatrzymać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uszkodzony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nośnik</w:t>
      </w:r>
      <w:proofErr w:type="spellEnd"/>
      <w:r w:rsidRPr="000363CA">
        <w:rPr>
          <w:rFonts w:asciiTheme="majorHAnsi" w:hAnsiTheme="majorHAnsi" w:cstheme="majorHAnsi"/>
        </w:rPr>
        <w:t xml:space="preserve">, o </w:t>
      </w:r>
      <w:proofErr w:type="spellStart"/>
      <w:r w:rsidRPr="000363CA">
        <w:rPr>
          <w:rFonts w:asciiTheme="majorHAnsi" w:hAnsiTheme="majorHAnsi" w:cstheme="majorHAnsi"/>
        </w:rPr>
        <w:t>ile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taki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wariant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wsparcia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został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przewidziany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ofercie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>: TAK / NIE.</w:t>
      </w:r>
    </w:p>
    <w:p w14:paraId="06FE4592" w14:textId="58843B4A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6. </w:t>
      </w:r>
      <w:proofErr w:type="spellStart"/>
      <w:r w:rsidRPr="000363CA">
        <w:rPr>
          <w:rFonts w:asciiTheme="majorHAnsi" w:hAnsiTheme="majorHAnsi" w:cstheme="majorHAnsi"/>
        </w:rPr>
        <w:t>Uprawnienia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wyłączają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ograniczają</w:t>
      </w:r>
      <w:proofErr w:type="spellEnd"/>
      <w:r w:rsidRPr="000363CA">
        <w:rPr>
          <w:rFonts w:asciiTheme="majorHAnsi" w:hAnsiTheme="majorHAnsi" w:cstheme="majorHAnsi"/>
        </w:rPr>
        <w:t xml:space="preserve"> ani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zawieszają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uprawnień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tytułu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rękojmi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chyba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przepisami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prawa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postanowi</w:t>
      </w:r>
      <w:r w:rsidR="00104DF5" w:rsidRPr="000363CA">
        <w:rPr>
          <w:rFonts w:asciiTheme="majorHAnsi" w:hAnsiTheme="majorHAnsi" w:cstheme="majorHAnsi"/>
        </w:rPr>
        <w:t>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inaczej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3872BE6D" w14:textId="03815E23" w:rsidR="00104DF5" w:rsidRPr="000363CA" w:rsidRDefault="00104DF5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7. </w:t>
      </w:r>
      <w:proofErr w:type="spellStart"/>
      <w:r w:rsidRPr="000363CA">
        <w:rPr>
          <w:rFonts w:asciiTheme="majorHAnsi" w:hAnsiTheme="majorHAnsi" w:cstheme="majorHAnsi"/>
        </w:rPr>
        <w:t>Okres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ulega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odpowiedniemu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przedłużeniu</w:t>
      </w:r>
      <w:proofErr w:type="spellEnd"/>
      <w:r w:rsidRPr="000363CA">
        <w:rPr>
          <w:rFonts w:asciiTheme="majorHAnsi" w:hAnsiTheme="majorHAnsi" w:cstheme="majorHAnsi"/>
        </w:rPr>
        <w:t xml:space="preserve"> o </w:t>
      </w:r>
      <w:proofErr w:type="spellStart"/>
      <w:r w:rsidRPr="000363CA">
        <w:rPr>
          <w:rFonts w:asciiTheme="majorHAnsi" w:hAnsiTheme="majorHAnsi" w:cstheme="majorHAnsi"/>
        </w:rPr>
        <w:t>czas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którym</w:t>
      </w:r>
      <w:proofErr w:type="spellEnd"/>
      <w:r w:rsidRPr="000363CA">
        <w:rPr>
          <w:rFonts w:asciiTheme="majorHAnsi" w:hAnsiTheme="majorHAnsi" w:cstheme="majorHAnsi"/>
        </w:rPr>
        <w:t xml:space="preserve"> Zamawiający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mógł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korzystać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powodu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jego</w:t>
      </w:r>
      <w:proofErr w:type="spellEnd"/>
      <w:r w:rsidRPr="000363CA">
        <w:rPr>
          <w:rFonts w:asciiTheme="majorHAnsi" w:hAnsiTheme="majorHAnsi" w:cstheme="majorHAnsi"/>
        </w:rPr>
        <w:t xml:space="preserve"> wad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awarii</w:t>
      </w:r>
      <w:proofErr w:type="spellEnd"/>
      <w:r w:rsidRPr="000363CA">
        <w:rPr>
          <w:rFonts w:asciiTheme="majorHAnsi" w:hAnsiTheme="majorHAnsi" w:cstheme="majorHAnsi"/>
        </w:rPr>
        <w:t xml:space="preserve">. W </w:t>
      </w:r>
      <w:proofErr w:type="spellStart"/>
      <w:r w:rsidRPr="000363CA">
        <w:rPr>
          <w:rFonts w:asciiTheme="majorHAnsi" w:hAnsiTheme="majorHAnsi" w:cstheme="majorHAnsi"/>
        </w:rPr>
        <w:t>przypadku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wymiany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urządzenia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jego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istotnych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elementów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nowe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okres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dla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wymienionego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urządzenia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elementu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biegnie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dokonania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wymiany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podpisania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protokołu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jej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wykonania</w:t>
      </w:r>
      <w:proofErr w:type="spellEnd"/>
    </w:p>
    <w:p w14:paraId="63BF9AF3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6. </w:t>
      </w:r>
      <w:proofErr w:type="spellStart"/>
      <w:r w:rsidRPr="000363CA">
        <w:rPr>
          <w:rFonts w:cstheme="majorHAnsi"/>
        </w:rPr>
        <w:t>Licencje</w:t>
      </w:r>
      <w:proofErr w:type="spellEnd"/>
      <w:r w:rsidRPr="000363CA">
        <w:rPr>
          <w:rFonts w:cstheme="majorHAnsi"/>
        </w:rPr>
        <w:t xml:space="preserve"> i </w:t>
      </w:r>
      <w:proofErr w:type="spellStart"/>
      <w:r w:rsidRPr="000363CA">
        <w:rPr>
          <w:rFonts w:cstheme="majorHAnsi"/>
        </w:rPr>
        <w:t>oprogramowanie</w:t>
      </w:r>
      <w:proofErr w:type="spellEnd"/>
    </w:p>
    <w:p w14:paraId="48A83CDC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dostarczy</w:t>
      </w:r>
      <w:proofErr w:type="spellEnd"/>
      <w:r w:rsidRPr="000363CA">
        <w:rPr>
          <w:rFonts w:asciiTheme="majorHAnsi" w:hAnsiTheme="majorHAnsi" w:cstheme="majorHAnsi"/>
        </w:rPr>
        <w:t xml:space="preserve"> system Microsoft Windows Server 2025 Standard Edition </w:t>
      </w:r>
      <w:proofErr w:type="spellStart"/>
      <w:r w:rsidRPr="000363CA">
        <w:rPr>
          <w:rFonts w:asciiTheme="majorHAnsi" w:hAnsiTheme="majorHAnsi" w:cstheme="majorHAnsi"/>
        </w:rPr>
        <w:t>licencjonowany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minimum 16 </w:t>
      </w:r>
      <w:proofErr w:type="spellStart"/>
      <w:r w:rsidRPr="000363CA">
        <w:rPr>
          <w:rFonts w:asciiTheme="majorHAnsi" w:hAnsiTheme="majorHAnsi" w:cstheme="majorHAnsi"/>
        </w:rPr>
        <w:t>rdzeni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fizycznych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dla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każdego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serwera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formie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elektronicznej</w:t>
      </w:r>
      <w:proofErr w:type="spellEnd"/>
      <w:r w:rsidRPr="000363CA">
        <w:rPr>
          <w:rFonts w:asciiTheme="majorHAnsi" w:hAnsiTheme="majorHAnsi" w:cstheme="majorHAnsi"/>
        </w:rPr>
        <w:t xml:space="preserve"> ESD </w:t>
      </w:r>
      <w:proofErr w:type="spellStart"/>
      <w:r w:rsidRPr="000363CA">
        <w:rPr>
          <w:rFonts w:asciiTheme="majorHAnsi" w:hAnsiTheme="majorHAnsi" w:cstheme="majorHAnsi"/>
        </w:rPr>
        <w:t>albo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fabrycznej</w:t>
      </w:r>
      <w:proofErr w:type="spellEnd"/>
      <w:r w:rsidRPr="000363CA">
        <w:rPr>
          <w:rFonts w:asciiTheme="majorHAnsi" w:hAnsiTheme="majorHAnsi" w:cstheme="majorHAnsi"/>
        </w:rPr>
        <w:t xml:space="preserve"> OEM </w:t>
      </w:r>
      <w:proofErr w:type="spellStart"/>
      <w:r w:rsidRPr="000363CA">
        <w:rPr>
          <w:rFonts w:asciiTheme="majorHAnsi" w:hAnsiTheme="majorHAnsi" w:cstheme="majorHAnsi"/>
        </w:rPr>
        <w:t>przywiązanej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wymaganiami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Zapytania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ofertowego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7933A2EE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zapewni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dostarczone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licencje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legalne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niewadliwe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nieobciążone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prawami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osób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trzecich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umożliwiają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korzystanie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oprogramowania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jego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przeznaczeniem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CFE6A96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przekaże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potwierdzenia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licencyjne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klucze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certyfikaty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dokumenty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wymagane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aktywacji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legalnego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użytkowania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oprogramowania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574BEC82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7. </w:t>
      </w:r>
      <w:proofErr w:type="spellStart"/>
      <w:r w:rsidRPr="000363CA">
        <w:rPr>
          <w:rFonts w:cstheme="majorHAnsi"/>
        </w:rPr>
        <w:t>Obowiązki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Wykonawcy</w:t>
      </w:r>
      <w:proofErr w:type="spellEnd"/>
    </w:p>
    <w:p w14:paraId="16BD2646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zobowiązuje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Umowę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należytą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starannością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aktualną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wiedzą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techniczną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dokumentacją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obowiązującymi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przepisami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prawa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wymaganiami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7172063F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lastRenderedPageBreak/>
        <w:t xml:space="preserve">2.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ponosi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odpowiedzialność</w:t>
      </w:r>
      <w:proofErr w:type="spellEnd"/>
      <w:r w:rsidRPr="000363CA">
        <w:rPr>
          <w:rFonts w:asciiTheme="majorHAnsi" w:hAnsiTheme="majorHAnsi" w:cstheme="majorHAnsi"/>
        </w:rPr>
        <w:t xml:space="preserve"> za </w:t>
      </w:r>
      <w:proofErr w:type="spellStart"/>
      <w:r w:rsidRPr="000363CA">
        <w:rPr>
          <w:rFonts w:asciiTheme="majorHAnsi" w:hAnsiTheme="majorHAnsi" w:cstheme="majorHAnsi"/>
        </w:rPr>
        <w:t>zgodność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techniczną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szczególności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kompatybilność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serwerów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zatok</w:t>
      </w:r>
      <w:proofErr w:type="spellEnd"/>
      <w:r w:rsidRPr="000363CA">
        <w:rPr>
          <w:rFonts w:asciiTheme="majorHAnsi" w:hAnsiTheme="majorHAnsi" w:cstheme="majorHAnsi"/>
        </w:rPr>
        <w:t xml:space="preserve">, backplane, </w:t>
      </w:r>
      <w:proofErr w:type="spellStart"/>
      <w:r w:rsidRPr="000363CA">
        <w:rPr>
          <w:rFonts w:asciiTheme="majorHAnsi" w:hAnsiTheme="majorHAnsi" w:cstheme="majorHAnsi"/>
        </w:rPr>
        <w:t>adapterów</w:t>
      </w:r>
      <w:proofErr w:type="spellEnd"/>
      <w:r w:rsidRPr="000363CA">
        <w:rPr>
          <w:rFonts w:asciiTheme="majorHAnsi" w:hAnsiTheme="majorHAnsi" w:cstheme="majorHAnsi"/>
        </w:rPr>
        <w:t>/</w:t>
      </w:r>
      <w:proofErr w:type="spellStart"/>
      <w:r w:rsidRPr="000363CA">
        <w:rPr>
          <w:rFonts w:asciiTheme="majorHAnsi" w:hAnsiTheme="majorHAnsi" w:cstheme="majorHAnsi"/>
        </w:rPr>
        <w:t>sanek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kontrolerów</w:t>
      </w:r>
      <w:proofErr w:type="spellEnd"/>
      <w:r w:rsidRPr="000363CA">
        <w:rPr>
          <w:rFonts w:asciiTheme="majorHAnsi" w:hAnsiTheme="majorHAnsi" w:cstheme="majorHAnsi"/>
        </w:rPr>
        <w:t xml:space="preserve"> RAID/HBA, </w:t>
      </w:r>
      <w:proofErr w:type="spellStart"/>
      <w:r w:rsidRPr="000363CA">
        <w:rPr>
          <w:rFonts w:asciiTheme="majorHAnsi" w:hAnsiTheme="majorHAnsi" w:cstheme="majorHAnsi"/>
        </w:rPr>
        <w:t>dysków</w:t>
      </w:r>
      <w:proofErr w:type="spellEnd"/>
      <w:r w:rsidRPr="000363CA">
        <w:rPr>
          <w:rFonts w:asciiTheme="majorHAnsi" w:hAnsiTheme="majorHAnsi" w:cstheme="majorHAnsi"/>
        </w:rPr>
        <w:t xml:space="preserve"> SAS SSD, </w:t>
      </w:r>
      <w:proofErr w:type="spellStart"/>
      <w:r w:rsidRPr="000363CA">
        <w:rPr>
          <w:rFonts w:asciiTheme="majorHAnsi" w:hAnsiTheme="majorHAnsi" w:cstheme="majorHAnsi"/>
        </w:rPr>
        <w:t>dysków</w:t>
      </w:r>
      <w:proofErr w:type="spellEnd"/>
      <w:r w:rsidRPr="000363CA">
        <w:rPr>
          <w:rFonts w:asciiTheme="majorHAnsi" w:hAnsiTheme="majorHAnsi" w:cstheme="majorHAnsi"/>
        </w:rPr>
        <w:t xml:space="preserve"> SAS HDD 4Kn, kart </w:t>
      </w:r>
      <w:proofErr w:type="spellStart"/>
      <w:r w:rsidRPr="000363CA">
        <w:rPr>
          <w:rFonts w:asciiTheme="majorHAnsi" w:hAnsiTheme="majorHAnsi" w:cstheme="majorHAnsi"/>
        </w:rPr>
        <w:t>sieciowych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licencji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zarządzania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3E668F48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zapewnia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dostarczone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dyski</w:t>
      </w:r>
      <w:proofErr w:type="spellEnd"/>
      <w:r w:rsidRPr="000363CA">
        <w:rPr>
          <w:rFonts w:asciiTheme="majorHAnsi" w:hAnsiTheme="majorHAnsi" w:cstheme="majorHAnsi"/>
        </w:rPr>
        <w:t xml:space="preserve"> 2,5” </w:t>
      </w:r>
      <w:proofErr w:type="spellStart"/>
      <w:r w:rsidRPr="000363CA">
        <w:rPr>
          <w:rFonts w:asciiTheme="majorHAnsi" w:hAnsiTheme="majorHAnsi" w:cstheme="majorHAnsi"/>
        </w:rPr>
        <w:t>będą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mogły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być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poprawnie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stabilnie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zainstalowane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zatokach</w:t>
      </w:r>
      <w:proofErr w:type="spellEnd"/>
      <w:r w:rsidRPr="000363CA">
        <w:rPr>
          <w:rFonts w:asciiTheme="majorHAnsi" w:hAnsiTheme="majorHAnsi" w:cstheme="majorHAnsi"/>
        </w:rPr>
        <w:t xml:space="preserve"> 3,5” </w:t>
      </w:r>
      <w:proofErr w:type="spellStart"/>
      <w:r w:rsidRPr="000363CA">
        <w:rPr>
          <w:rFonts w:asciiTheme="majorHAnsi" w:hAnsiTheme="majorHAnsi" w:cstheme="majorHAnsi"/>
        </w:rPr>
        <w:t>przy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użyciu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dedykowanych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adapterów</w:t>
      </w:r>
      <w:proofErr w:type="spellEnd"/>
      <w:r w:rsidRPr="000363CA">
        <w:rPr>
          <w:rFonts w:asciiTheme="majorHAnsi" w:hAnsiTheme="majorHAnsi" w:cstheme="majorHAnsi"/>
        </w:rPr>
        <w:t>/</w:t>
      </w:r>
      <w:proofErr w:type="spellStart"/>
      <w:r w:rsidRPr="000363CA">
        <w:rPr>
          <w:rFonts w:asciiTheme="majorHAnsi" w:hAnsiTheme="majorHAnsi" w:cstheme="majorHAnsi"/>
        </w:rPr>
        <w:t>sanek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dostarczonych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wraz</w:t>
      </w:r>
      <w:proofErr w:type="spellEnd"/>
      <w:r w:rsidRPr="000363CA">
        <w:rPr>
          <w:rFonts w:asciiTheme="majorHAnsi" w:hAnsiTheme="majorHAnsi" w:cstheme="majorHAnsi"/>
        </w:rPr>
        <w:t xml:space="preserve"> ze </w:t>
      </w:r>
      <w:proofErr w:type="spellStart"/>
      <w:r w:rsidRPr="000363CA">
        <w:rPr>
          <w:rFonts w:asciiTheme="majorHAnsi" w:hAnsiTheme="majorHAnsi" w:cstheme="majorHAnsi"/>
        </w:rPr>
        <w:t>Sprzętem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7F93825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powierzyć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istotnej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części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podwykonawcy</w:t>
      </w:r>
      <w:proofErr w:type="spellEnd"/>
      <w:r w:rsidRPr="000363CA">
        <w:rPr>
          <w:rFonts w:asciiTheme="majorHAnsi" w:hAnsiTheme="majorHAnsi" w:cstheme="majorHAnsi"/>
        </w:rPr>
        <w:t xml:space="preserve"> bez </w:t>
      </w:r>
      <w:proofErr w:type="spellStart"/>
      <w:r w:rsidRPr="000363CA">
        <w:rPr>
          <w:rFonts w:asciiTheme="majorHAnsi" w:hAnsiTheme="majorHAnsi" w:cstheme="majorHAnsi"/>
        </w:rPr>
        <w:t>uprzedniej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zgody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wyrażonej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formie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dokumentowej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pisemnej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58FB2A00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8. </w:t>
      </w:r>
      <w:proofErr w:type="spellStart"/>
      <w:r w:rsidRPr="000363CA">
        <w:rPr>
          <w:rFonts w:cstheme="majorHAnsi"/>
        </w:rPr>
        <w:t>Obowiązki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Zamawiającego</w:t>
      </w:r>
      <w:proofErr w:type="spellEnd"/>
    </w:p>
    <w:p w14:paraId="3687346B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zapewni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dostęp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miejsca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instalacji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uzgodnionym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umożliwi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czynności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niezbędnych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dostawy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7BF2AE5B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wskaże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osoby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upoważnione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kontaktu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podpisania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protokołu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817CFD2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dokona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zapłaty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zasadach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określonych</w:t>
      </w:r>
      <w:proofErr w:type="spellEnd"/>
      <w:r w:rsidRPr="000363CA">
        <w:rPr>
          <w:rFonts w:asciiTheme="majorHAnsi" w:hAnsiTheme="majorHAnsi" w:cstheme="majorHAnsi"/>
        </w:rPr>
        <w:t xml:space="preserve"> w Umowie.</w:t>
      </w:r>
    </w:p>
    <w:p w14:paraId="348C8162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9. Kary </w:t>
      </w:r>
      <w:proofErr w:type="spellStart"/>
      <w:r w:rsidRPr="000363CA">
        <w:rPr>
          <w:rFonts w:cstheme="majorHAnsi"/>
        </w:rPr>
        <w:t>umowne</w:t>
      </w:r>
      <w:proofErr w:type="spellEnd"/>
    </w:p>
    <w:p w14:paraId="0D4C5B21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zapłaci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Zamawiającemu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karę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umowną</w:t>
      </w:r>
      <w:proofErr w:type="spellEnd"/>
      <w:r w:rsidRPr="000363CA">
        <w:rPr>
          <w:rFonts w:asciiTheme="majorHAnsi" w:hAnsiTheme="majorHAnsi" w:cstheme="majorHAnsi"/>
        </w:rPr>
        <w:t>:</w:t>
      </w:r>
    </w:p>
    <w:p w14:paraId="4550C240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1) za </w:t>
      </w:r>
      <w:proofErr w:type="spellStart"/>
      <w:r w:rsidRPr="000363CA">
        <w:rPr>
          <w:rFonts w:asciiTheme="majorHAnsi" w:hAnsiTheme="majorHAnsi" w:cstheme="majorHAnsi"/>
        </w:rPr>
        <w:t>zwłokę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wykonaniu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– w </w:t>
      </w:r>
      <w:proofErr w:type="spellStart"/>
      <w:r w:rsidRPr="000363CA">
        <w:rPr>
          <w:rFonts w:asciiTheme="majorHAnsi" w:hAnsiTheme="majorHAnsi" w:cstheme="majorHAnsi"/>
        </w:rPr>
        <w:t>wysokości</w:t>
      </w:r>
      <w:proofErr w:type="spellEnd"/>
      <w:r w:rsidRPr="000363CA">
        <w:rPr>
          <w:rFonts w:asciiTheme="majorHAnsi" w:hAnsiTheme="majorHAnsi" w:cstheme="majorHAnsi"/>
        </w:rPr>
        <w:t xml:space="preserve"> 0,2%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brutto</w:t>
      </w:r>
      <w:proofErr w:type="spellEnd"/>
      <w:r w:rsidRPr="000363CA">
        <w:rPr>
          <w:rFonts w:asciiTheme="majorHAnsi" w:hAnsiTheme="majorHAnsi" w:cstheme="majorHAnsi"/>
        </w:rPr>
        <w:t xml:space="preserve"> za </w:t>
      </w:r>
      <w:proofErr w:type="spellStart"/>
      <w:r w:rsidRPr="000363CA">
        <w:rPr>
          <w:rFonts w:asciiTheme="majorHAnsi" w:hAnsiTheme="majorHAnsi" w:cstheme="majorHAnsi"/>
        </w:rPr>
        <w:t>każdy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rozpoczęty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dzień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zwłoki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4638F31B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2) za </w:t>
      </w:r>
      <w:proofErr w:type="spellStart"/>
      <w:r w:rsidRPr="000363CA">
        <w:rPr>
          <w:rFonts w:asciiTheme="majorHAnsi" w:hAnsiTheme="majorHAnsi" w:cstheme="majorHAnsi"/>
        </w:rPr>
        <w:t>zwłokę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usunięciu</w:t>
      </w:r>
      <w:proofErr w:type="spellEnd"/>
      <w:r w:rsidRPr="000363CA">
        <w:rPr>
          <w:rFonts w:asciiTheme="majorHAnsi" w:hAnsiTheme="majorHAnsi" w:cstheme="majorHAnsi"/>
        </w:rPr>
        <w:t xml:space="preserve"> wad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braków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stwierdzonych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odbiorze</w:t>
      </w:r>
      <w:proofErr w:type="spellEnd"/>
      <w:r w:rsidRPr="000363CA">
        <w:rPr>
          <w:rFonts w:asciiTheme="majorHAnsi" w:hAnsiTheme="majorHAnsi" w:cstheme="majorHAnsi"/>
        </w:rPr>
        <w:t xml:space="preserve"> – w </w:t>
      </w:r>
      <w:proofErr w:type="spellStart"/>
      <w:r w:rsidRPr="000363CA">
        <w:rPr>
          <w:rFonts w:asciiTheme="majorHAnsi" w:hAnsiTheme="majorHAnsi" w:cstheme="majorHAnsi"/>
        </w:rPr>
        <w:t>wysokości</w:t>
      </w:r>
      <w:proofErr w:type="spellEnd"/>
      <w:r w:rsidRPr="000363CA">
        <w:rPr>
          <w:rFonts w:asciiTheme="majorHAnsi" w:hAnsiTheme="majorHAnsi" w:cstheme="majorHAnsi"/>
        </w:rPr>
        <w:t xml:space="preserve"> 0,1%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brutto</w:t>
      </w:r>
      <w:proofErr w:type="spellEnd"/>
      <w:r w:rsidRPr="000363CA">
        <w:rPr>
          <w:rFonts w:asciiTheme="majorHAnsi" w:hAnsiTheme="majorHAnsi" w:cstheme="majorHAnsi"/>
        </w:rPr>
        <w:t xml:space="preserve"> za </w:t>
      </w:r>
      <w:proofErr w:type="spellStart"/>
      <w:r w:rsidRPr="000363CA">
        <w:rPr>
          <w:rFonts w:asciiTheme="majorHAnsi" w:hAnsiTheme="majorHAnsi" w:cstheme="majorHAnsi"/>
        </w:rPr>
        <w:t>każdy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rozpoczęty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dzień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zwłoki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11D33531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3) za </w:t>
      </w:r>
      <w:proofErr w:type="spellStart"/>
      <w:r w:rsidRPr="000363CA">
        <w:rPr>
          <w:rFonts w:asciiTheme="majorHAnsi" w:hAnsiTheme="majorHAnsi" w:cstheme="majorHAnsi"/>
        </w:rPr>
        <w:t>odstąpienie</w:t>
      </w:r>
      <w:proofErr w:type="spellEnd"/>
      <w:r w:rsidRPr="000363CA">
        <w:rPr>
          <w:rFonts w:asciiTheme="majorHAnsi" w:hAnsiTheme="majorHAnsi" w:cstheme="majorHAnsi"/>
        </w:rPr>
        <w:t xml:space="preserve"> od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przyczyn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leżących</w:t>
      </w:r>
      <w:proofErr w:type="spellEnd"/>
      <w:r w:rsidRPr="000363CA">
        <w:rPr>
          <w:rFonts w:asciiTheme="majorHAnsi" w:hAnsiTheme="majorHAnsi" w:cstheme="majorHAnsi"/>
        </w:rPr>
        <w:t xml:space="preserve"> po </w:t>
      </w:r>
      <w:proofErr w:type="spellStart"/>
      <w:r w:rsidRPr="000363CA">
        <w:rPr>
          <w:rFonts w:asciiTheme="majorHAnsi" w:hAnsiTheme="majorHAnsi" w:cstheme="majorHAnsi"/>
        </w:rPr>
        <w:t>stronie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– w </w:t>
      </w:r>
      <w:proofErr w:type="spellStart"/>
      <w:r w:rsidRPr="000363CA">
        <w:rPr>
          <w:rFonts w:asciiTheme="majorHAnsi" w:hAnsiTheme="majorHAnsi" w:cstheme="majorHAnsi"/>
        </w:rPr>
        <w:t>wysokości</w:t>
      </w:r>
      <w:proofErr w:type="spellEnd"/>
      <w:r w:rsidRPr="000363CA">
        <w:rPr>
          <w:rFonts w:asciiTheme="majorHAnsi" w:hAnsiTheme="majorHAnsi" w:cstheme="majorHAnsi"/>
        </w:rPr>
        <w:t xml:space="preserve"> 10%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brutto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6EAC5F3B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4) za </w:t>
      </w:r>
      <w:proofErr w:type="spellStart"/>
      <w:r w:rsidRPr="000363CA">
        <w:rPr>
          <w:rFonts w:asciiTheme="majorHAnsi" w:hAnsiTheme="majorHAnsi" w:cstheme="majorHAnsi"/>
        </w:rPr>
        <w:t>dostarczenie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niezgodnego</w:t>
      </w:r>
      <w:proofErr w:type="spellEnd"/>
      <w:r w:rsidRPr="000363CA">
        <w:rPr>
          <w:rFonts w:asciiTheme="majorHAnsi" w:hAnsiTheme="majorHAnsi" w:cstheme="majorHAnsi"/>
        </w:rPr>
        <w:t xml:space="preserve"> z Umową, </w:t>
      </w:r>
      <w:proofErr w:type="spellStart"/>
      <w:r w:rsidRPr="000363CA">
        <w:rPr>
          <w:rFonts w:asciiTheme="majorHAnsi" w:hAnsiTheme="majorHAnsi" w:cstheme="majorHAnsi"/>
        </w:rPr>
        <w:t>jeżeli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doprowadzi</w:t>
      </w:r>
      <w:proofErr w:type="spellEnd"/>
      <w:r w:rsidRPr="000363CA">
        <w:rPr>
          <w:rFonts w:asciiTheme="majorHAnsi" w:hAnsiTheme="majorHAnsi" w:cstheme="majorHAnsi"/>
        </w:rPr>
        <w:t xml:space="preserve"> go do </w:t>
      </w:r>
      <w:proofErr w:type="spellStart"/>
      <w:r w:rsidRPr="000363CA">
        <w:rPr>
          <w:rFonts w:asciiTheme="majorHAnsi" w:hAnsiTheme="majorHAnsi" w:cstheme="majorHAnsi"/>
        </w:rPr>
        <w:t>zgodności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wyznaczonym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 xml:space="preserve"> – w </w:t>
      </w:r>
      <w:proofErr w:type="spellStart"/>
      <w:r w:rsidRPr="000363CA">
        <w:rPr>
          <w:rFonts w:asciiTheme="majorHAnsi" w:hAnsiTheme="majorHAnsi" w:cstheme="majorHAnsi"/>
        </w:rPr>
        <w:t>wysokości</w:t>
      </w:r>
      <w:proofErr w:type="spellEnd"/>
      <w:r w:rsidRPr="000363CA">
        <w:rPr>
          <w:rFonts w:asciiTheme="majorHAnsi" w:hAnsiTheme="majorHAnsi" w:cstheme="majorHAnsi"/>
        </w:rPr>
        <w:t xml:space="preserve"> 5%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brutto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65CE50BE" w14:textId="74DEDEB6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="00104DF5" w:rsidRPr="000363CA">
        <w:rPr>
          <w:rFonts w:asciiTheme="majorHAnsi" w:hAnsiTheme="majorHAnsi" w:cstheme="majorHAnsi"/>
        </w:rPr>
        <w:t>Łączna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wysokość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kar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umownych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naliczonych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na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podstawie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ust</w:t>
      </w:r>
      <w:proofErr w:type="spellEnd"/>
      <w:r w:rsidR="00104DF5" w:rsidRPr="000363CA">
        <w:rPr>
          <w:rFonts w:asciiTheme="majorHAnsi" w:hAnsiTheme="majorHAnsi" w:cstheme="majorHAnsi"/>
        </w:rPr>
        <w:t xml:space="preserve">. 1 pkt 1, 2 i 4 </w:t>
      </w:r>
      <w:proofErr w:type="spellStart"/>
      <w:r w:rsidR="00104DF5" w:rsidRPr="000363CA">
        <w:rPr>
          <w:rFonts w:asciiTheme="majorHAnsi" w:hAnsiTheme="majorHAnsi" w:cstheme="majorHAnsi"/>
        </w:rPr>
        <w:t>nie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może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przekroczyć</w:t>
      </w:r>
      <w:proofErr w:type="spellEnd"/>
      <w:r w:rsidR="00104DF5" w:rsidRPr="000363CA">
        <w:rPr>
          <w:rFonts w:asciiTheme="majorHAnsi" w:hAnsiTheme="majorHAnsi" w:cstheme="majorHAnsi"/>
        </w:rPr>
        <w:t xml:space="preserve"> 20% </w:t>
      </w:r>
      <w:proofErr w:type="spellStart"/>
      <w:r w:rsidR="00104DF5" w:rsidRPr="000363CA">
        <w:rPr>
          <w:rFonts w:asciiTheme="majorHAnsi" w:hAnsiTheme="majorHAnsi" w:cstheme="majorHAnsi"/>
        </w:rPr>
        <w:t>wynagrodzenia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brutto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określonego</w:t>
      </w:r>
      <w:proofErr w:type="spellEnd"/>
      <w:r w:rsidR="00104DF5" w:rsidRPr="000363CA">
        <w:rPr>
          <w:rFonts w:asciiTheme="majorHAnsi" w:hAnsiTheme="majorHAnsi" w:cstheme="majorHAnsi"/>
        </w:rPr>
        <w:t xml:space="preserve"> w § 4 </w:t>
      </w:r>
      <w:proofErr w:type="spellStart"/>
      <w:r w:rsidR="00104DF5" w:rsidRPr="000363CA">
        <w:rPr>
          <w:rFonts w:asciiTheme="majorHAnsi" w:hAnsiTheme="majorHAnsi" w:cstheme="majorHAnsi"/>
        </w:rPr>
        <w:t>ust</w:t>
      </w:r>
      <w:proofErr w:type="spellEnd"/>
      <w:r w:rsidR="00104DF5" w:rsidRPr="000363CA">
        <w:rPr>
          <w:rFonts w:asciiTheme="majorHAnsi" w:hAnsiTheme="majorHAnsi" w:cstheme="majorHAnsi"/>
        </w:rPr>
        <w:t xml:space="preserve">. 1 </w:t>
      </w:r>
      <w:proofErr w:type="spellStart"/>
      <w:r w:rsidR="00104DF5" w:rsidRPr="000363CA">
        <w:rPr>
          <w:rFonts w:asciiTheme="majorHAnsi" w:hAnsiTheme="majorHAnsi" w:cstheme="majorHAnsi"/>
        </w:rPr>
        <w:t>Umowy</w:t>
      </w:r>
      <w:proofErr w:type="spellEnd"/>
      <w:r w:rsidR="00104DF5" w:rsidRPr="000363CA">
        <w:rPr>
          <w:rFonts w:asciiTheme="majorHAnsi" w:hAnsiTheme="majorHAnsi" w:cstheme="majorHAnsi"/>
        </w:rPr>
        <w:t xml:space="preserve">. </w:t>
      </w:r>
      <w:proofErr w:type="spellStart"/>
      <w:r w:rsidR="00104DF5" w:rsidRPr="000363CA">
        <w:rPr>
          <w:rFonts w:asciiTheme="majorHAnsi" w:hAnsiTheme="majorHAnsi" w:cstheme="majorHAnsi"/>
        </w:rPr>
        <w:t>Ograniczenie</w:t>
      </w:r>
      <w:proofErr w:type="spellEnd"/>
      <w:r w:rsidR="00104DF5" w:rsidRPr="000363CA">
        <w:rPr>
          <w:rFonts w:asciiTheme="majorHAnsi" w:hAnsiTheme="majorHAnsi" w:cstheme="majorHAnsi"/>
        </w:rPr>
        <w:t xml:space="preserve"> to </w:t>
      </w:r>
      <w:proofErr w:type="spellStart"/>
      <w:r w:rsidR="00104DF5" w:rsidRPr="000363CA">
        <w:rPr>
          <w:rFonts w:asciiTheme="majorHAnsi" w:hAnsiTheme="majorHAnsi" w:cstheme="majorHAnsi"/>
        </w:rPr>
        <w:t>nie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dotyczy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kary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umownej</w:t>
      </w:r>
      <w:proofErr w:type="spellEnd"/>
      <w:r w:rsidR="00104DF5" w:rsidRPr="000363CA">
        <w:rPr>
          <w:rFonts w:asciiTheme="majorHAnsi" w:hAnsiTheme="majorHAnsi" w:cstheme="majorHAnsi"/>
        </w:rPr>
        <w:t xml:space="preserve"> z </w:t>
      </w:r>
      <w:proofErr w:type="spellStart"/>
      <w:r w:rsidR="00104DF5" w:rsidRPr="000363CA">
        <w:rPr>
          <w:rFonts w:asciiTheme="majorHAnsi" w:hAnsiTheme="majorHAnsi" w:cstheme="majorHAnsi"/>
        </w:rPr>
        <w:t>tytułu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odstąpienia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od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Umowy</w:t>
      </w:r>
      <w:proofErr w:type="spellEnd"/>
      <w:r w:rsidR="00104DF5" w:rsidRPr="000363CA">
        <w:rPr>
          <w:rFonts w:asciiTheme="majorHAnsi" w:hAnsiTheme="majorHAnsi" w:cstheme="majorHAnsi"/>
        </w:rPr>
        <w:t xml:space="preserve"> z </w:t>
      </w:r>
      <w:proofErr w:type="spellStart"/>
      <w:r w:rsidR="00104DF5" w:rsidRPr="000363CA">
        <w:rPr>
          <w:rFonts w:asciiTheme="majorHAnsi" w:hAnsiTheme="majorHAnsi" w:cstheme="majorHAnsi"/>
        </w:rPr>
        <w:t>przyczyn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leżących</w:t>
      </w:r>
      <w:proofErr w:type="spellEnd"/>
      <w:r w:rsidR="00104DF5" w:rsidRPr="000363CA">
        <w:rPr>
          <w:rFonts w:asciiTheme="majorHAnsi" w:hAnsiTheme="majorHAnsi" w:cstheme="majorHAnsi"/>
        </w:rPr>
        <w:t xml:space="preserve"> po </w:t>
      </w:r>
      <w:proofErr w:type="spellStart"/>
      <w:r w:rsidR="00104DF5" w:rsidRPr="000363CA">
        <w:rPr>
          <w:rFonts w:asciiTheme="majorHAnsi" w:hAnsiTheme="majorHAnsi" w:cstheme="majorHAnsi"/>
        </w:rPr>
        <w:t>stronie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Wykonawcy</w:t>
      </w:r>
      <w:proofErr w:type="spellEnd"/>
      <w:r w:rsidR="00104DF5" w:rsidRPr="000363CA">
        <w:rPr>
          <w:rFonts w:asciiTheme="majorHAnsi" w:hAnsiTheme="majorHAnsi" w:cstheme="majorHAnsi"/>
        </w:rPr>
        <w:t xml:space="preserve">, o </w:t>
      </w:r>
      <w:proofErr w:type="spellStart"/>
      <w:r w:rsidR="00104DF5" w:rsidRPr="000363CA">
        <w:rPr>
          <w:rFonts w:asciiTheme="majorHAnsi" w:hAnsiTheme="majorHAnsi" w:cstheme="majorHAnsi"/>
        </w:rPr>
        <w:t>której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mowa</w:t>
      </w:r>
      <w:proofErr w:type="spellEnd"/>
      <w:r w:rsidR="00104DF5" w:rsidRPr="000363CA">
        <w:rPr>
          <w:rFonts w:asciiTheme="majorHAnsi" w:hAnsiTheme="majorHAnsi" w:cstheme="majorHAnsi"/>
        </w:rPr>
        <w:t xml:space="preserve"> w </w:t>
      </w:r>
      <w:proofErr w:type="spellStart"/>
      <w:r w:rsidR="00104DF5" w:rsidRPr="000363CA">
        <w:rPr>
          <w:rFonts w:asciiTheme="majorHAnsi" w:hAnsiTheme="majorHAnsi" w:cstheme="majorHAnsi"/>
        </w:rPr>
        <w:t>ust</w:t>
      </w:r>
      <w:proofErr w:type="spellEnd"/>
      <w:r w:rsidR="00104DF5" w:rsidRPr="000363CA">
        <w:rPr>
          <w:rFonts w:asciiTheme="majorHAnsi" w:hAnsiTheme="majorHAnsi" w:cstheme="majorHAnsi"/>
        </w:rPr>
        <w:t xml:space="preserve">. 1 pkt 3, </w:t>
      </w:r>
      <w:proofErr w:type="spellStart"/>
      <w:r w:rsidR="00104DF5" w:rsidRPr="000363CA">
        <w:rPr>
          <w:rFonts w:asciiTheme="majorHAnsi" w:hAnsiTheme="majorHAnsi" w:cstheme="majorHAnsi"/>
        </w:rPr>
        <w:t>która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może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być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dochodzona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niezależnie</w:t>
      </w:r>
      <w:proofErr w:type="spellEnd"/>
      <w:r w:rsidR="00104DF5" w:rsidRPr="000363CA">
        <w:rPr>
          <w:rFonts w:asciiTheme="majorHAnsi" w:hAnsiTheme="majorHAnsi" w:cstheme="majorHAnsi"/>
        </w:rPr>
        <w:t xml:space="preserve"> od </w:t>
      </w:r>
      <w:proofErr w:type="spellStart"/>
      <w:r w:rsidR="00104DF5" w:rsidRPr="000363CA">
        <w:rPr>
          <w:rFonts w:asciiTheme="majorHAnsi" w:hAnsiTheme="majorHAnsi" w:cstheme="majorHAnsi"/>
        </w:rPr>
        <w:t>kar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umownych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wskazanych</w:t>
      </w:r>
      <w:proofErr w:type="spellEnd"/>
      <w:r w:rsidR="00104DF5" w:rsidRPr="000363CA">
        <w:rPr>
          <w:rFonts w:asciiTheme="majorHAnsi" w:hAnsiTheme="majorHAnsi" w:cstheme="majorHAnsi"/>
        </w:rPr>
        <w:t xml:space="preserve"> w </w:t>
      </w:r>
      <w:proofErr w:type="spellStart"/>
      <w:r w:rsidR="00104DF5" w:rsidRPr="000363CA">
        <w:rPr>
          <w:rFonts w:asciiTheme="majorHAnsi" w:hAnsiTheme="majorHAnsi" w:cstheme="majorHAnsi"/>
        </w:rPr>
        <w:t>zdaniu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pierwszym</w:t>
      </w:r>
      <w:proofErr w:type="spellEnd"/>
      <w:r w:rsidR="00104DF5" w:rsidRPr="000363CA">
        <w:rPr>
          <w:rFonts w:asciiTheme="majorHAnsi" w:hAnsiTheme="majorHAnsi" w:cstheme="majorHAnsi"/>
        </w:rPr>
        <w:t>.”</w:t>
      </w:r>
    </w:p>
    <w:p w14:paraId="36FC820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dochodzić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odszkodowania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przewyższającego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wysokość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naliczonych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kar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zasadach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ogólnych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1015542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potrącić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kary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umowne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, po </w:t>
      </w:r>
      <w:proofErr w:type="spellStart"/>
      <w:r w:rsidRPr="000363CA">
        <w:rPr>
          <w:rFonts w:asciiTheme="majorHAnsi" w:hAnsiTheme="majorHAnsi" w:cstheme="majorHAnsi"/>
        </w:rPr>
        <w:t>uprzednim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doręczeniu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noty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obciążeniowej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1D4A67E9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10. </w:t>
      </w:r>
      <w:proofErr w:type="spellStart"/>
      <w:r w:rsidRPr="000363CA">
        <w:rPr>
          <w:rFonts w:cstheme="majorHAnsi"/>
        </w:rPr>
        <w:t>Odstąpienie</w:t>
      </w:r>
      <w:proofErr w:type="spellEnd"/>
      <w:r w:rsidRPr="000363CA">
        <w:rPr>
          <w:rFonts w:cstheme="majorHAnsi"/>
        </w:rPr>
        <w:t xml:space="preserve"> od </w:t>
      </w:r>
      <w:proofErr w:type="spellStart"/>
      <w:r w:rsidRPr="000363CA">
        <w:rPr>
          <w:rFonts w:cstheme="majorHAnsi"/>
        </w:rPr>
        <w:t>Umowy</w:t>
      </w:r>
      <w:proofErr w:type="spellEnd"/>
    </w:p>
    <w:p w14:paraId="4A812644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odstąpić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całości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albo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części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jeżeli</w:t>
      </w:r>
      <w:proofErr w:type="spellEnd"/>
      <w:r w:rsidRPr="000363CA">
        <w:rPr>
          <w:rFonts w:asciiTheme="majorHAnsi" w:hAnsiTheme="majorHAnsi" w:cstheme="majorHAnsi"/>
        </w:rPr>
        <w:t>:</w:t>
      </w:r>
    </w:p>
    <w:p w14:paraId="57A5E9A0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lastRenderedPageBreak/>
        <w:t xml:space="preserve">1)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pozostaje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zwłoce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wykonaniem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przedmiotu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dłużej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niż</w:t>
      </w:r>
      <w:proofErr w:type="spellEnd"/>
      <w:r w:rsidRPr="000363CA">
        <w:rPr>
          <w:rFonts w:asciiTheme="majorHAnsi" w:hAnsiTheme="majorHAnsi" w:cstheme="majorHAnsi"/>
        </w:rPr>
        <w:t xml:space="preserve"> 7 </w:t>
      </w:r>
      <w:proofErr w:type="spellStart"/>
      <w:r w:rsidRPr="000363CA">
        <w:rPr>
          <w:rFonts w:asciiTheme="majorHAnsi" w:hAnsiTheme="majorHAnsi" w:cstheme="majorHAnsi"/>
        </w:rPr>
        <w:t>dni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kalendarzowych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130080AF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2)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dostarczył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niezgodny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Umową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usunął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niezgodności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wyznaczonym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15558016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3) </w:t>
      </w:r>
      <w:proofErr w:type="spellStart"/>
      <w:r w:rsidRPr="000363CA">
        <w:rPr>
          <w:rFonts w:asciiTheme="majorHAnsi" w:hAnsiTheme="majorHAnsi" w:cstheme="majorHAnsi"/>
        </w:rPr>
        <w:t>ujawnią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okoliczności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wskazujące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brak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możliwości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należytego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Wykonawcę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0C1F7C8D" w14:textId="77777777" w:rsidR="00043E71" w:rsidRPr="000363CA" w:rsidRDefault="006D6AB6" w:rsidP="000363CA">
      <w:pPr>
        <w:ind w:left="567" w:hanging="198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4)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naruszył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oświadczenia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dotyczące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braku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powiązań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osobowych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kapitałowych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Zamawiającym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EF9D55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Oświadczenie</w:t>
      </w:r>
      <w:proofErr w:type="spellEnd"/>
      <w:r w:rsidRPr="000363CA">
        <w:rPr>
          <w:rFonts w:asciiTheme="majorHAnsi" w:hAnsiTheme="majorHAnsi" w:cstheme="majorHAnsi"/>
        </w:rPr>
        <w:t xml:space="preserve"> o </w:t>
      </w:r>
      <w:proofErr w:type="spellStart"/>
      <w:r w:rsidRPr="000363CA">
        <w:rPr>
          <w:rFonts w:asciiTheme="majorHAnsi" w:hAnsiTheme="majorHAnsi" w:cstheme="majorHAnsi"/>
        </w:rPr>
        <w:t>odstąpieniu</w:t>
      </w:r>
      <w:proofErr w:type="spellEnd"/>
      <w:r w:rsidRPr="000363CA">
        <w:rPr>
          <w:rFonts w:asciiTheme="majorHAnsi" w:hAnsiTheme="majorHAnsi" w:cstheme="majorHAnsi"/>
        </w:rPr>
        <w:t xml:space="preserve"> od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formy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pisemnej</w:t>
      </w:r>
      <w:proofErr w:type="spellEnd"/>
      <w:r w:rsidRPr="000363CA">
        <w:rPr>
          <w:rFonts w:asciiTheme="majorHAnsi" w:hAnsiTheme="majorHAnsi" w:cstheme="majorHAnsi"/>
        </w:rPr>
        <w:t xml:space="preserve"> pod </w:t>
      </w:r>
      <w:proofErr w:type="spellStart"/>
      <w:r w:rsidRPr="000363CA">
        <w:rPr>
          <w:rFonts w:asciiTheme="majorHAnsi" w:hAnsiTheme="majorHAnsi" w:cstheme="majorHAnsi"/>
        </w:rPr>
        <w:t>rygorem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nieważności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zostać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złożone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terminie</w:t>
      </w:r>
      <w:proofErr w:type="spellEnd"/>
      <w:r w:rsidRPr="000363CA">
        <w:rPr>
          <w:rFonts w:asciiTheme="majorHAnsi" w:hAnsiTheme="majorHAnsi" w:cstheme="majorHAnsi"/>
        </w:rPr>
        <w:t xml:space="preserve"> 30 </w:t>
      </w:r>
      <w:proofErr w:type="spellStart"/>
      <w:r w:rsidRPr="000363CA">
        <w:rPr>
          <w:rFonts w:asciiTheme="majorHAnsi" w:hAnsiTheme="majorHAnsi" w:cstheme="majorHAnsi"/>
        </w:rPr>
        <w:t>dni</w:t>
      </w:r>
      <w:proofErr w:type="spellEnd"/>
      <w:r w:rsidRPr="000363CA">
        <w:rPr>
          <w:rFonts w:asciiTheme="majorHAnsi" w:hAnsiTheme="majorHAnsi" w:cstheme="majorHAnsi"/>
        </w:rPr>
        <w:t xml:space="preserve"> od </w:t>
      </w:r>
      <w:proofErr w:type="spellStart"/>
      <w:r w:rsidRPr="000363CA">
        <w:rPr>
          <w:rFonts w:asciiTheme="majorHAnsi" w:hAnsiTheme="majorHAnsi" w:cstheme="majorHAnsi"/>
        </w:rPr>
        <w:t>dnia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powzięcia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wiadomości</w:t>
      </w:r>
      <w:proofErr w:type="spellEnd"/>
      <w:r w:rsidRPr="000363CA">
        <w:rPr>
          <w:rFonts w:asciiTheme="majorHAnsi" w:hAnsiTheme="majorHAnsi" w:cstheme="majorHAnsi"/>
        </w:rPr>
        <w:t xml:space="preserve"> o </w:t>
      </w:r>
      <w:proofErr w:type="spellStart"/>
      <w:r w:rsidRPr="000363CA">
        <w:rPr>
          <w:rFonts w:asciiTheme="majorHAnsi" w:hAnsiTheme="majorHAnsi" w:cstheme="majorHAnsi"/>
        </w:rPr>
        <w:t>podstawie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odstąpienia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179185B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11. </w:t>
      </w:r>
      <w:proofErr w:type="spellStart"/>
      <w:r w:rsidRPr="000363CA">
        <w:rPr>
          <w:rFonts w:cstheme="majorHAnsi"/>
        </w:rPr>
        <w:t>Poufność</w:t>
      </w:r>
      <w:proofErr w:type="spellEnd"/>
      <w:r w:rsidRPr="000363CA">
        <w:rPr>
          <w:rFonts w:cstheme="majorHAnsi"/>
        </w:rPr>
        <w:t xml:space="preserve"> i </w:t>
      </w:r>
      <w:proofErr w:type="spellStart"/>
      <w:r w:rsidRPr="000363CA">
        <w:rPr>
          <w:rFonts w:cstheme="majorHAnsi"/>
        </w:rPr>
        <w:t>ochrona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danych</w:t>
      </w:r>
      <w:proofErr w:type="spellEnd"/>
    </w:p>
    <w:p w14:paraId="5DA8410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zobowiązuje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zachować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poufności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wszystkie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informacje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uzyskane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związku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wykonywaniem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szczególności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informacje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dotyczące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infrastruktury</w:t>
      </w:r>
      <w:proofErr w:type="spellEnd"/>
      <w:r w:rsidRPr="000363CA">
        <w:rPr>
          <w:rFonts w:asciiTheme="majorHAnsi" w:hAnsiTheme="majorHAnsi" w:cstheme="majorHAnsi"/>
        </w:rPr>
        <w:t xml:space="preserve"> IT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organizacji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pracy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medycznych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zabezpieczeń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1AD3D847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jest </w:t>
      </w:r>
      <w:proofErr w:type="spellStart"/>
      <w:r w:rsidRPr="000363CA">
        <w:rPr>
          <w:rFonts w:asciiTheme="majorHAnsi" w:hAnsiTheme="majorHAnsi" w:cstheme="majorHAnsi"/>
        </w:rPr>
        <w:t>uprawniony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dostępu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medycznych</w:t>
      </w:r>
      <w:proofErr w:type="spellEnd"/>
      <w:r w:rsidRPr="000363CA">
        <w:rPr>
          <w:rFonts w:asciiTheme="majorHAnsi" w:hAnsiTheme="majorHAnsi" w:cstheme="majorHAnsi"/>
        </w:rPr>
        <w:t xml:space="preserve"> ani </w:t>
      </w:r>
      <w:proofErr w:type="spellStart"/>
      <w:r w:rsidRPr="000363CA">
        <w:rPr>
          <w:rFonts w:asciiTheme="majorHAnsi" w:hAnsiTheme="majorHAnsi" w:cstheme="majorHAnsi"/>
        </w:rPr>
        <w:t>innych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osobowych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przetwarzanych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chyba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zawrą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odrębną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powierzenia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przetwarzania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osobowych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wyda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pisemne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upoważnienie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obowiązującymi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przepisami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C1CE5BF" w14:textId="77777777" w:rsidR="00043E71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W </w:t>
      </w:r>
      <w:proofErr w:type="spellStart"/>
      <w:r w:rsidRPr="000363CA">
        <w:rPr>
          <w:rFonts w:asciiTheme="majorHAnsi" w:hAnsiTheme="majorHAnsi" w:cstheme="majorHAnsi"/>
        </w:rPr>
        <w:t>przypadku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przypadkowego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uzyskania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dostępu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danych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osobowych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niezwłocznie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poinformuje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zastosuje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jego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instrukcji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464670D" w14:textId="2954F13B" w:rsidR="00446964" w:rsidRPr="000363CA" w:rsidRDefault="00446964" w:rsidP="000363CA">
      <w:pPr>
        <w:ind w:left="340" w:hanging="22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Pr="00446964">
        <w:rPr>
          <w:rFonts w:asciiTheme="majorHAnsi" w:hAnsiTheme="majorHAnsi" w:cstheme="majorHAnsi"/>
        </w:rPr>
        <w:t xml:space="preserve">Dane </w:t>
      </w:r>
      <w:proofErr w:type="spellStart"/>
      <w:r w:rsidRPr="00446964">
        <w:rPr>
          <w:rFonts w:asciiTheme="majorHAnsi" w:hAnsiTheme="majorHAnsi" w:cstheme="majorHAnsi"/>
        </w:rPr>
        <w:t>osobowe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przetwarzane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będą</w:t>
      </w:r>
      <w:proofErr w:type="spellEnd"/>
      <w:r w:rsidRPr="00446964">
        <w:rPr>
          <w:rFonts w:asciiTheme="majorHAnsi" w:hAnsiTheme="majorHAnsi" w:cstheme="majorHAnsi"/>
        </w:rPr>
        <w:t xml:space="preserve"> w </w:t>
      </w:r>
      <w:proofErr w:type="spellStart"/>
      <w:r w:rsidRPr="00446964">
        <w:rPr>
          <w:rFonts w:asciiTheme="majorHAnsi" w:hAnsiTheme="majorHAnsi" w:cstheme="majorHAnsi"/>
        </w:rPr>
        <w:t>celu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realizacji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obowiązku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prawnego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związanego</w:t>
      </w:r>
      <w:proofErr w:type="spellEnd"/>
      <w:r w:rsidRPr="00446964">
        <w:rPr>
          <w:rFonts w:asciiTheme="majorHAnsi" w:hAnsiTheme="majorHAnsi" w:cstheme="majorHAnsi"/>
        </w:rPr>
        <w:t xml:space="preserve"> z </w:t>
      </w:r>
      <w:proofErr w:type="spellStart"/>
      <w:r w:rsidRPr="00446964">
        <w:rPr>
          <w:rFonts w:asciiTheme="majorHAnsi" w:hAnsiTheme="majorHAnsi" w:cstheme="majorHAnsi"/>
        </w:rPr>
        <w:t>udostępnianiem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informacji</w:t>
      </w:r>
      <w:proofErr w:type="spellEnd"/>
      <w:r w:rsidRPr="00446964">
        <w:rPr>
          <w:rFonts w:asciiTheme="majorHAnsi" w:hAnsiTheme="majorHAnsi" w:cstheme="majorHAnsi"/>
        </w:rPr>
        <w:t xml:space="preserve"> o </w:t>
      </w:r>
      <w:proofErr w:type="spellStart"/>
      <w:r w:rsidRPr="00446964">
        <w:rPr>
          <w:rFonts w:asciiTheme="majorHAnsi" w:hAnsiTheme="majorHAnsi" w:cstheme="majorHAnsi"/>
        </w:rPr>
        <w:t>zawartych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umowach</w:t>
      </w:r>
      <w:proofErr w:type="spellEnd"/>
      <w:r w:rsidRPr="00446964">
        <w:rPr>
          <w:rFonts w:asciiTheme="majorHAnsi" w:hAnsiTheme="majorHAnsi" w:cstheme="majorHAnsi"/>
        </w:rPr>
        <w:t xml:space="preserve"> w </w:t>
      </w:r>
      <w:proofErr w:type="spellStart"/>
      <w:r w:rsidRPr="00446964">
        <w:rPr>
          <w:rFonts w:asciiTheme="majorHAnsi" w:hAnsiTheme="majorHAnsi" w:cstheme="majorHAnsi"/>
        </w:rPr>
        <w:t>publicznym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systemie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Centralnego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Rejestru</w:t>
      </w:r>
      <w:proofErr w:type="spellEnd"/>
      <w:r w:rsidRPr="00446964">
        <w:rPr>
          <w:rFonts w:asciiTheme="majorHAnsi" w:hAnsiTheme="majorHAnsi" w:cstheme="majorHAnsi"/>
        </w:rPr>
        <w:t xml:space="preserve"> </w:t>
      </w:r>
      <w:proofErr w:type="spellStart"/>
      <w:r w:rsidRPr="00446964">
        <w:rPr>
          <w:rFonts w:asciiTheme="majorHAnsi" w:hAnsiTheme="majorHAnsi" w:cstheme="majorHAnsi"/>
        </w:rPr>
        <w:t>Umów</w:t>
      </w:r>
      <w:proofErr w:type="spellEnd"/>
    </w:p>
    <w:p w14:paraId="0BA6B4F2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12. </w:t>
      </w:r>
      <w:proofErr w:type="spellStart"/>
      <w:r w:rsidRPr="000363CA">
        <w:rPr>
          <w:rFonts w:cstheme="majorHAnsi"/>
        </w:rPr>
        <w:t>Oświadczenia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Wykonawcy</w:t>
      </w:r>
      <w:proofErr w:type="spellEnd"/>
    </w:p>
    <w:p w14:paraId="1578524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oświadcza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posiada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wiedzę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doświadczenie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zasoby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techniczne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organizacyjne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niezbędne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prawidłowego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3F82CC7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oświadcza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jest </w:t>
      </w:r>
      <w:proofErr w:type="spellStart"/>
      <w:r w:rsidRPr="000363CA">
        <w:rPr>
          <w:rFonts w:asciiTheme="majorHAnsi" w:hAnsiTheme="majorHAnsi" w:cstheme="majorHAnsi"/>
        </w:rPr>
        <w:t>powiązany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Zamawiającym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osobowo</w:t>
      </w:r>
      <w:proofErr w:type="spellEnd"/>
      <w:r w:rsidRPr="000363CA">
        <w:rPr>
          <w:rFonts w:asciiTheme="majorHAnsi" w:hAnsiTheme="majorHAnsi" w:cstheme="majorHAnsi"/>
        </w:rPr>
        <w:t xml:space="preserve"> ani </w:t>
      </w:r>
      <w:proofErr w:type="spellStart"/>
      <w:r w:rsidRPr="000363CA">
        <w:rPr>
          <w:rFonts w:asciiTheme="majorHAnsi" w:hAnsiTheme="majorHAnsi" w:cstheme="majorHAnsi"/>
        </w:rPr>
        <w:t>kapitałowo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sposób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uniemożliwiający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udzielenie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zamówienia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zgodnie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zasadą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równego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traktowania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uczciwej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konkurencji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2DAABBB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Wykonawca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oświadcza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</w:t>
      </w:r>
      <w:proofErr w:type="spellEnd"/>
      <w:r w:rsidRPr="000363CA">
        <w:rPr>
          <w:rFonts w:asciiTheme="majorHAnsi" w:hAnsiTheme="majorHAnsi" w:cstheme="majorHAnsi"/>
        </w:rPr>
        <w:t xml:space="preserve"> jest </w:t>
      </w:r>
      <w:proofErr w:type="spellStart"/>
      <w:r w:rsidRPr="000363CA">
        <w:rPr>
          <w:rFonts w:asciiTheme="majorHAnsi" w:hAnsiTheme="majorHAnsi" w:cstheme="majorHAnsi"/>
        </w:rPr>
        <w:t>fabrycznie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nowy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nieużywany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niewadliwy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kompletny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nieobciążony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prawami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osób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trzecich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oraz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objęty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gwarancją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producenta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warunkach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określonych</w:t>
      </w:r>
      <w:proofErr w:type="spellEnd"/>
      <w:r w:rsidRPr="000363CA">
        <w:rPr>
          <w:rFonts w:asciiTheme="majorHAnsi" w:hAnsiTheme="majorHAnsi" w:cstheme="majorHAnsi"/>
        </w:rPr>
        <w:t xml:space="preserve"> w Umowie.</w:t>
      </w:r>
    </w:p>
    <w:p w14:paraId="39FAEBD1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13. </w:t>
      </w:r>
      <w:proofErr w:type="spellStart"/>
      <w:r w:rsidRPr="000363CA">
        <w:rPr>
          <w:rFonts w:cstheme="majorHAnsi"/>
        </w:rPr>
        <w:t>Zmiany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Umowy</w:t>
      </w:r>
      <w:proofErr w:type="spellEnd"/>
    </w:p>
    <w:p w14:paraId="6A358452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Zmiana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wymaga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formy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pisemnej</w:t>
      </w:r>
      <w:proofErr w:type="spellEnd"/>
      <w:r w:rsidRPr="000363CA">
        <w:rPr>
          <w:rFonts w:asciiTheme="majorHAnsi" w:hAnsiTheme="majorHAnsi" w:cstheme="majorHAnsi"/>
        </w:rPr>
        <w:t xml:space="preserve"> pod </w:t>
      </w:r>
      <w:proofErr w:type="spellStart"/>
      <w:r w:rsidRPr="000363CA">
        <w:rPr>
          <w:rFonts w:asciiTheme="majorHAnsi" w:hAnsiTheme="majorHAnsi" w:cstheme="majorHAnsi"/>
        </w:rPr>
        <w:t>rygorem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nieważności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chyba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wyraźnie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stanowi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inaczej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22221E00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Zamawiający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dopuszcza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zmianę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modelu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lub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komponentu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Sprzętu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równoważny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albo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lepszy</w:t>
      </w:r>
      <w:proofErr w:type="spellEnd"/>
      <w:r w:rsidRPr="000363CA">
        <w:rPr>
          <w:rFonts w:asciiTheme="majorHAnsi" w:hAnsiTheme="majorHAnsi" w:cstheme="majorHAnsi"/>
        </w:rPr>
        <w:t xml:space="preserve">, pod </w:t>
      </w:r>
      <w:proofErr w:type="spellStart"/>
      <w:r w:rsidRPr="000363CA">
        <w:rPr>
          <w:rFonts w:asciiTheme="majorHAnsi" w:hAnsiTheme="majorHAnsi" w:cstheme="majorHAnsi"/>
        </w:rPr>
        <w:t>warunkiem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zmiana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spowoduje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zwiększenia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wynagrodzenia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zostanie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zaakceptowana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przez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dostawą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11E5A22C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Zmiana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terminu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realizacji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nastąpić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wyłącznie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przypadku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okoliczności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niezależnych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</w:t>
      </w:r>
      <w:proofErr w:type="spellEnd"/>
      <w:r w:rsidRPr="000363CA">
        <w:rPr>
          <w:rFonts w:asciiTheme="majorHAnsi" w:hAnsiTheme="majorHAnsi" w:cstheme="majorHAnsi"/>
        </w:rPr>
        <w:t xml:space="preserve">, </w:t>
      </w:r>
      <w:proofErr w:type="spellStart"/>
      <w:r w:rsidRPr="000363CA">
        <w:rPr>
          <w:rFonts w:asciiTheme="majorHAnsi" w:hAnsiTheme="majorHAnsi" w:cstheme="majorHAnsi"/>
        </w:rPr>
        <w:t>których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można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było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przewidzieć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zawarciu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, o </w:t>
      </w:r>
      <w:proofErr w:type="spellStart"/>
      <w:r w:rsidRPr="000363CA">
        <w:rPr>
          <w:rFonts w:asciiTheme="majorHAnsi" w:hAnsiTheme="majorHAnsi" w:cstheme="majorHAnsi"/>
        </w:rPr>
        <w:t>ile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narusza</w:t>
      </w:r>
      <w:proofErr w:type="spellEnd"/>
      <w:r w:rsidRPr="000363CA">
        <w:rPr>
          <w:rFonts w:asciiTheme="majorHAnsi" w:hAnsiTheme="majorHAnsi" w:cstheme="majorHAnsi"/>
        </w:rPr>
        <w:t xml:space="preserve"> to </w:t>
      </w:r>
      <w:proofErr w:type="spellStart"/>
      <w:r w:rsidRPr="000363CA">
        <w:rPr>
          <w:rFonts w:asciiTheme="majorHAnsi" w:hAnsiTheme="majorHAnsi" w:cstheme="majorHAnsi"/>
        </w:rPr>
        <w:t>zasad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finansowania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projektu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318B1FFE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lastRenderedPageBreak/>
        <w:t xml:space="preserve">§ 14. </w:t>
      </w:r>
      <w:proofErr w:type="spellStart"/>
      <w:r w:rsidRPr="000363CA">
        <w:rPr>
          <w:rFonts w:cstheme="majorHAnsi"/>
        </w:rPr>
        <w:t>Komunikacja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Stron</w:t>
      </w:r>
      <w:proofErr w:type="spellEnd"/>
    </w:p>
    <w:p w14:paraId="41571AFB" w14:textId="0D74D0BC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</w:t>
      </w:r>
      <w:proofErr w:type="spellStart"/>
      <w:r w:rsidRPr="000363CA">
        <w:rPr>
          <w:rFonts w:asciiTheme="majorHAnsi" w:hAnsiTheme="majorHAnsi" w:cstheme="majorHAnsi"/>
        </w:rPr>
        <w:t>Osobą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kontaktu</w:t>
      </w:r>
      <w:proofErr w:type="spellEnd"/>
      <w:r w:rsidRPr="000363CA">
        <w:rPr>
          <w:rFonts w:asciiTheme="majorHAnsi" w:hAnsiTheme="majorHAnsi" w:cstheme="majorHAnsi"/>
        </w:rPr>
        <w:t xml:space="preserve"> po </w:t>
      </w:r>
      <w:proofErr w:type="spellStart"/>
      <w:r w:rsidRPr="000363CA">
        <w:rPr>
          <w:rFonts w:asciiTheme="majorHAnsi" w:hAnsiTheme="majorHAnsi" w:cstheme="majorHAnsi"/>
        </w:rPr>
        <w:t>stronie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kwestiach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merytorycznych</w:t>
      </w:r>
      <w:proofErr w:type="spellEnd"/>
      <w:r w:rsidRPr="000363CA">
        <w:rPr>
          <w:rFonts w:asciiTheme="majorHAnsi" w:hAnsiTheme="majorHAnsi" w:cstheme="majorHAnsi"/>
        </w:rPr>
        <w:t xml:space="preserve"> jest: </w:t>
      </w:r>
      <w:r w:rsidR="008F0F37" w:rsidRPr="000363CA">
        <w:rPr>
          <w:rFonts w:asciiTheme="majorHAnsi" w:hAnsiTheme="majorHAnsi" w:cstheme="majorHAnsi"/>
        </w:rPr>
        <w:t>Lukasz Pawłowski</w:t>
      </w:r>
      <w:r w:rsidRPr="000363CA">
        <w:rPr>
          <w:rFonts w:asciiTheme="majorHAnsi" w:hAnsiTheme="majorHAnsi" w:cstheme="majorHAnsi"/>
        </w:rPr>
        <w:t xml:space="preserve">, e-mail: </w:t>
      </w:r>
      <w:r w:rsidR="008F0F37" w:rsidRPr="000363CA">
        <w:rPr>
          <w:rFonts w:asciiTheme="majorHAnsi" w:hAnsiTheme="majorHAnsi" w:cstheme="majorHAnsi"/>
        </w:rPr>
        <w:t>lukasz.pawlowski@szozpinczow.pl</w:t>
      </w:r>
      <w:r w:rsidRPr="000363CA">
        <w:rPr>
          <w:rFonts w:asciiTheme="majorHAnsi" w:hAnsiTheme="majorHAnsi" w:cstheme="majorHAnsi"/>
        </w:rPr>
        <w:t xml:space="preserve">, tel. </w:t>
      </w:r>
      <w:r w:rsidR="008F0F37" w:rsidRPr="000363CA">
        <w:rPr>
          <w:rFonts w:asciiTheme="majorHAnsi" w:hAnsiTheme="majorHAnsi" w:cstheme="majorHAnsi"/>
        </w:rPr>
        <w:t>519 790 799</w:t>
      </w:r>
      <w:r w:rsidRPr="000363CA">
        <w:rPr>
          <w:rFonts w:asciiTheme="majorHAnsi" w:hAnsiTheme="majorHAnsi" w:cstheme="majorHAnsi"/>
        </w:rPr>
        <w:t>.</w:t>
      </w:r>
    </w:p>
    <w:p w14:paraId="45B2E281" w14:textId="30D0D386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</w:t>
      </w:r>
      <w:proofErr w:type="spellStart"/>
      <w:r w:rsidRPr="000363CA">
        <w:rPr>
          <w:rFonts w:asciiTheme="majorHAnsi" w:hAnsiTheme="majorHAnsi" w:cstheme="majorHAnsi"/>
        </w:rPr>
        <w:t>Osobą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kontaktu</w:t>
      </w:r>
      <w:proofErr w:type="spellEnd"/>
      <w:r w:rsidRPr="000363CA">
        <w:rPr>
          <w:rFonts w:asciiTheme="majorHAnsi" w:hAnsiTheme="majorHAnsi" w:cstheme="majorHAnsi"/>
        </w:rPr>
        <w:t xml:space="preserve"> po </w:t>
      </w:r>
      <w:proofErr w:type="spellStart"/>
      <w:r w:rsidRPr="000363CA">
        <w:rPr>
          <w:rFonts w:asciiTheme="majorHAnsi" w:hAnsiTheme="majorHAnsi" w:cstheme="majorHAnsi"/>
        </w:rPr>
        <w:t>stronie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kwestiach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finansowych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rozliczeniowych</w:t>
      </w:r>
      <w:proofErr w:type="spellEnd"/>
      <w:r w:rsidRPr="000363CA">
        <w:rPr>
          <w:rFonts w:asciiTheme="majorHAnsi" w:hAnsiTheme="majorHAnsi" w:cstheme="majorHAnsi"/>
        </w:rPr>
        <w:t xml:space="preserve"> jest: Anna Zarańska, e-mail: </w:t>
      </w:r>
      <w:r w:rsidR="00104DF5" w:rsidRPr="000363CA">
        <w:rPr>
          <w:rFonts w:asciiTheme="majorHAnsi" w:hAnsiTheme="majorHAnsi" w:cstheme="majorHAnsi"/>
        </w:rPr>
        <w:t>ksiegowosc</w:t>
      </w:r>
      <w:r w:rsidR="008F0F37" w:rsidRPr="000363CA">
        <w:rPr>
          <w:rFonts w:asciiTheme="majorHAnsi" w:hAnsiTheme="majorHAnsi" w:cstheme="majorHAnsi"/>
        </w:rPr>
        <w:t>@szozpinczow.pl</w:t>
      </w:r>
      <w:r w:rsidRPr="000363CA">
        <w:rPr>
          <w:rFonts w:asciiTheme="majorHAnsi" w:hAnsiTheme="majorHAnsi" w:cstheme="majorHAnsi"/>
        </w:rPr>
        <w:t xml:space="preserve">, tel. </w:t>
      </w:r>
      <w:r w:rsidR="008F0F37" w:rsidRPr="000363CA">
        <w:rPr>
          <w:rFonts w:asciiTheme="majorHAnsi" w:hAnsiTheme="majorHAnsi" w:cstheme="majorHAnsi"/>
        </w:rPr>
        <w:t>519 136 421</w:t>
      </w:r>
      <w:r w:rsidRPr="000363CA">
        <w:rPr>
          <w:rFonts w:asciiTheme="majorHAnsi" w:hAnsiTheme="majorHAnsi" w:cstheme="majorHAnsi"/>
        </w:rPr>
        <w:t>.</w:t>
      </w:r>
    </w:p>
    <w:p w14:paraId="7AA8481A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Osobą</w:t>
      </w:r>
      <w:proofErr w:type="spellEnd"/>
      <w:r w:rsidRPr="000363CA">
        <w:rPr>
          <w:rFonts w:asciiTheme="majorHAnsi" w:hAnsiTheme="majorHAnsi" w:cstheme="majorHAnsi"/>
        </w:rPr>
        <w:t xml:space="preserve"> do </w:t>
      </w:r>
      <w:proofErr w:type="spellStart"/>
      <w:r w:rsidRPr="000363CA">
        <w:rPr>
          <w:rFonts w:asciiTheme="majorHAnsi" w:hAnsiTheme="majorHAnsi" w:cstheme="majorHAnsi"/>
        </w:rPr>
        <w:t>kontaktu</w:t>
      </w:r>
      <w:proofErr w:type="spellEnd"/>
      <w:r w:rsidRPr="000363CA">
        <w:rPr>
          <w:rFonts w:asciiTheme="majorHAnsi" w:hAnsiTheme="majorHAnsi" w:cstheme="majorHAnsi"/>
        </w:rPr>
        <w:t xml:space="preserve"> po </w:t>
      </w:r>
      <w:proofErr w:type="spellStart"/>
      <w:r w:rsidRPr="000363CA">
        <w:rPr>
          <w:rFonts w:asciiTheme="majorHAnsi" w:hAnsiTheme="majorHAnsi" w:cstheme="majorHAnsi"/>
        </w:rPr>
        <w:t>stronie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 xml:space="preserve"> jest: ________________________________, e-mail: ________________________________, tel. ____________________.</w:t>
      </w:r>
    </w:p>
    <w:p w14:paraId="24E2F419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</w:t>
      </w:r>
      <w:proofErr w:type="spellStart"/>
      <w:r w:rsidRPr="000363CA">
        <w:rPr>
          <w:rFonts w:asciiTheme="majorHAnsi" w:hAnsiTheme="majorHAnsi" w:cstheme="majorHAnsi"/>
        </w:rPr>
        <w:t>Zmiana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osób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kontaktowych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stanowi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zmiany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i </w:t>
      </w:r>
      <w:proofErr w:type="spellStart"/>
      <w:r w:rsidRPr="000363CA">
        <w:rPr>
          <w:rFonts w:asciiTheme="majorHAnsi" w:hAnsiTheme="majorHAnsi" w:cstheme="majorHAnsi"/>
        </w:rPr>
        <w:t>wymaga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poinformowania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drugiej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formie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dokumentowej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31BB373A" w14:textId="77777777" w:rsidR="00043E71" w:rsidRPr="000363CA" w:rsidRDefault="006D6AB6" w:rsidP="000363CA">
      <w:pPr>
        <w:pStyle w:val="Nagwek1"/>
        <w:jc w:val="center"/>
        <w:rPr>
          <w:rFonts w:cstheme="majorHAnsi"/>
        </w:rPr>
      </w:pPr>
      <w:r w:rsidRPr="000363CA">
        <w:rPr>
          <w:rFonts w:cstheme="majorHAnsi"/>
        </w:rPr>
        <w:t xml:space="preserve">§ 15. </w:t>
      </w:r>
      <w:proofErr w:type="spellStart"/>
      <w:r w:rsidRPr="000363CA">
        <w:rPr>
          <w:rFonts w:cstheme="majorHAnsi"/>
        </w:rPr>
        <w:t>Postanowienia</w:t>
      </w:r>
      <w:proofErr w:type="spellEnd"/>
      <w:r w:rsidRPr="000363CA">
        <w:rPr>
          <w:rFonts w:cstheme="majorHAnsi"/>
        </w:rPr>
        <w:t xml:space="preserve"> </w:t>
      </w:r>
      <w:proofErr w:type="spellStart"/>
      <w:r w:rsidRPr="000363CA">
        <w:rPr>
          <w:rFonts w:cstheme="majorHAnsi"/>
        </w:rPr>
        <w:t>końcowe</w:t>
      </w:r>
      <w:proofErr w:type="spellEnd"/>
    </w:p>
    <w:p w14:paraId="7642853B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1. W </w:t>
      </w:r>
      <w:proofErr w:type="spellStart"/>
      <w:r w:rsidRPr="000363CA">
        <w:rPr>
          <w:rFonts w:asciiTheme="majorHAnsi" w:hAnsiTheme="majorHAnsi" w:cstheme="majorHAnsi"/>
        </w:rPr>
        <w:t>sprawach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nieuregulowanych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zastosowanie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mają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przepisy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prawa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polskiego</w:t>
      </w:r>
      <w:proofErr w:type="spellEnd"/>
      <w:r w:rsidRPr="000363CA">
        <w:rPr>
          <w:rFonts w:asciiTheme="majorHAnsi" w:hAnsiTheme="majorHAnsi" w:cstheme="majorHAnsi"/>
        </w:rPr>
        <w:t xml:space="preserve">, w </w:t>
      </w:r>
      <w:proofErr w:type="spellStart"/>
      <w:r w:rsidRPr="000363CA">
        <w:rPr>
          <w:rFonts w:asciiTheme="majorHAnsi" w:hAnsiTheme="majorHAnsi" w:cstheme="majorHAnsi"/>
        </w:rPr>
        <w:t>szczególności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Kodeksu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cywilnego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70FE2E7A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2. Spory </w:t>
      </w:r>
      <w:proofErr w:type="spellStart"/>
      <w:r w:rsidRPr="000363CA">
        <w:rPr>
          <w:rFonts w:asciiTheme="majorHAnsi" w:hAnsiTheme="majorHAnsi" w:cstheme="majorHAnsi"/>
        </w:rPr>
        <w:t>wynikłe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Strony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będą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starały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rozwiązywać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polubownie</w:t>
      </w:r>
      <w:proofErr w:type="spellEnd"/>
      <w:r w:rsidRPr="000363CA">
        <w:rPr>
          <w:rFonts w:asciiTheme="majorHAnsi" w:hAnsiTheme="majorHAnsi" w:cstheme="majorHAnsi"/>
        </w:rPr>
        <w:t xml:space="preserve">, a w </w:t>
      </w:r>
      <w:proofErr w:type="spellStart"/>
      <w:r w:rsidRPr="000363CA">
        <w:rPr>
          <w:rFonts w:asciiTheme="majorHAnsi" w:hAnsiTheme="majorHAnsi" w:cstheme="majorHAnsi"/>
        </w:rPr>
        <w:t>razie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braku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porozumienia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poddadzą</w:t>
      </w:r>
      <w:proofErr w:type="spellEnd"/>
      <w:r w:rsidRPr="000363CA">
        <w:rPr>
          <w:rFonts w:asciiTheme="majorHAnsi" w:hAnsiTheme="majorHAnsi" w:cstheme="majorHAnsi"/>
        </w:rPr>
        <w:t xml:space="preserve"> je </w:t>
      </w:r>
      <w:proofErr w:type="spellStart"/>
      <w:r w:rsidRPr="000363CA">
        <w:rPr>
          <w:rFonts w:asciiTheme="majorHAnsi" w:hAnsiTheme="majorHAnsi" w:cstheme="majorHAnsi"/>
        </w:rPr>
        <w:t>rozstrzygnięciu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sądu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powszechnego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właściwego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miejscowo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dla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siedziby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Zamawiającego</w:t>
      </w:r>
      <w:proofErr w:type="spellEnd"/>
      <w:r w:rsidRPr="000363CA">
        <w:rPr>
          <w:rFonts w:asciiTheme="majorHAnsi" w:hAnsiTheme="majorHAnsi" w:cstheme="majorHAnsi"/>
        </w:rPr>
        <w:t xml:space="preserve">, o </w:t>
      </w:r>
      <w:proofErr w:type="spellStart"/>
      <w:r w:rsidRPr="000363CA">
        <w:rPr>
          <w:rFonts w:asciiTheme="majorHAnsi" w:hAnsiTheme="majorHAnsi" w:cstheme="majorHAnsi"/>
        </w:rPr>
        <w:t>ile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bezwzględnie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obowiązujące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przepisy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nie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stanowią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inaczej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6249FCDF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3. </w:t>
      </w:r>
      <w:proofErr w:type="spellStart"/>
      <w:r w:rsidRPr="000363CA">
        <w:rPr>
          <w:rFonts w:asciiTheme="majorHAnsi" w:hAnsiTheme="majorHAnsi" w:cstheme="majorHAnsi"/>
        </w:rPr>
        <w:t>Umowę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sporządzono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dwóch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jednobrzmiących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egzemplarzach</w:t>
      </w:r>
      <w:proofErr w:type="spellEnd"/>
      <w:r w:rsidRPr="000363CA">
        <w:rPr>
          <w:rFonts w:asciiTheme="majorHAnsi" w:hAnsiTheme="majorHAnsi" w:cstheme="majorHAnsi"/>
        </w:rPr>
        <w:t xml:space="preserve">, po </w:t>
      </w:r>
      <w:proofErr w:type="spellStart"/>
      <w:r w:rsidRPr="000363CA">
        <w:rPr>
          <w:rFonts w:asciiTheme="majorHAnsi" w:hAnsiTheme="majorHAnsi" w:cstheme="majorHAnsi"/>
        </w:rPr>
        <w:t>jednym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dla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każdej</w:t>
      </w:r>
      <w:proofErr w:type="spellEnd"/>
      <w:r w:rsidRPr="000363CA">
        <w:rPr>
          <w:rFonts w:asciiTheme="majorHAnsi" w:hAnsiTheme="majorHAnsi" w:cstheme="majorHAnsi"/>
        </w:rPr>
        <w:t xml:space="preserve"> ze </w:t>
      </w:r>
      <w:proofErr w:type="spellStart"/>
      <w:r w:rsidRPr="000363CA">
        <w:rPr>
          <w:rFonts w:asciiTheme="majorHAnsi" w:hAnsiTheme="majorHAnsi" w:cstheme="majorHAnsi"/>
        </w:rPr>
        <w:t>Stron</w:t>
      </w:r>
      <w:proofErr w:type="spellEnd"/>
      <w:r w:rsidRPr="000363CA">
        <w:rPr>
          <w:rFonts w:asciiTheme="majorHAnsi" w:hAnsiTheme="majorHAnsi" w:cstheme="majorHAnsi"/>
        </w:rPr>
        <w:t>.</w:t>
      </w:r>
    </w:p>
    <w:p w14:paraId="4B76EF45" w14:textId="77777777" w:rsidR="00043E71" w:rsidRPr="000363CA" w:rsidRDefault="006D6AB6" w:rsidP="000363CA">
      <w:pPr>
        <w:ind w:left="340" w:hanging="227"/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t xml:space="preserve">4. </w:t>
      </w:r>
      <w:proofErr w:type="spellStart"/>
      <w:r w:rsidRPr="000363CA">
        <w:rPr>
          <w:rFonts w:asciiTheme="majorHAnsi" w:hAnsiTheme="majorHAnsi" w:cstheme="majorHAnsi"/>
        </w:rPr>
        <w:t>Integralną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część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Umowy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stanowią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załączniki</w:t>
      </w:r>
      <w:proofErr w:type="spellEnd"/>
      <w:r w:rsidRPr="000363CA">
        <w:rPr>
          <w:rFonts w:asciiTheme="majorHAnsi" w:hAnsiTheme="majorHAnsi" w:cstheme="majorHAnsi"/>
        </w:rPr>
        <w:t>:</w:t>
      </w:r>
    </w:p>
    <w:p w14:paraId="432B4364" w14:textId="5B2D0D58" w:rsidR="00104DF5" w:rsidRPr="000363CA" w:rsidRDefault="006D6AB6" w:rsidP="000363CA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1 –</w:t>
      </w:r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Opis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przedmiotu</w:t>
      </w:r>
      <w:proofErr w:type="spellEnd"/>
      <w:r w:rsidR="00104DF5" w:rsidRPr="000363CA">
        <w:rPr>
          <w:rFonts w:asciiTheme="majorHAnsi" w:hAnsiTheme="majorHAnsi" w:cstheme="majorHAnsi"/>
        </w:rPr>
        <w:t xml:space="preserve"> </w:t>
      </w:r>
      <w:proofErr w:type="spellStart"/>
      <w:r w:rsidR="00104DF5" w:rsidRPr="000363CA">
        <w:rPr>
          <w:rFonts w:asciiTheme="majorHAnsi" w:hAnsiTheme="majorHAnsi" w:cstheme="majorHAnsi"/>
        </w:rPr>
        <w:t>zamówienia</w:t>
      </w:r>
      <w:proofErr w:type="spellEnd"/>
    </w:p>
    <w:p w14:paraId="46A169A6" w14:textId="1AE0EAE7" w:rsidR="00043E71" w:rsidRPr="000363CA" w:rsidRDefault="006D6AB6" w:rsidP="000363CA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</w:t>
      </w:r>
      <w:r w:rsidR="00B52705" w:rsidRPr="000363CA">
        <w:rPr>
          <w:rFonts w:asciiTheme="majorHAnsi" w:hAnsiTheme="majorHAnsi" w:cstheme="majorHAnsi"/>
        </w:rPr>
        <w:t>2</w:t>
      </w:r>
      <w:r w:rsidRPr="000363CA">
        <w:rPr>
          <w:rFonts w:asciiTheme="majorHAnsi" w:hAnsiTheme="majorHAnsi" w:cstheme="majorHAnsi"/>
        </w:rPr>
        <w:t xml:space="preserve"> – </w:t>
      </w:r>
      <w:proofErr w:type="spellStart"/>
      <w:r w:rsidRPr="000363CA">
        <w:rPr>
          <w:rFonts w:asciiTheme="majorHAnsi" w:hAnsiTheme="majorHAnsi" w:cstheme="majorHAnsi"/>
        </w:rPr>
        <w:t>Oferta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Wykonawcy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395ED22F" w14:textId="3E671E78" w:rsidR="00043E71" w:rsidRPr="000363CA" w:rsidRDefault="006D6AB6" w:rsidP="000363CA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</w:t>
      </w:r>
      <w:r w:rsidR="00B52705" w:rsidRPr="000363CA">
        <w:rPr>
          <w:rFonts w:asciiTheme="majorHAnsi" w:hAnsiTheme="majorHAnsi" w:cstheme="majorHAnsi"/>
        </w:rPr>
        <w:t>3</w:t>
      </w:r>
      <w:r w:rsidRPr="000363CA">
        <w:rPr>
          <w:rFonts w:asciiTheme="majorHAnsi" w:hAnsiTheme="majorHAnsi" w:cstheme="majorHAnsi"/>
        </w:rPr>
        <w:t xml:space="preserve"> – </w:t>
      </w:r>
      <w:proofErr w:type="spellStart"/>
      <w:r w:rsidRPr="000363CA">
        <w:rPr>
          <w:rFonts w:asciiTheme="majorHAnsi" w:hAnsiTheme="majorHAnsi" w:cstheme="majorHAnsi"/>
        </w:rPr>
        <w:t>Protokół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odbioru</w:t>
      </w:r>
      <w:proofErr w:type="spellEnd"/>
      <w:r w:rsidRPr="000363CA">
        <w:rPr>
          <w:rFonts w:asciiTheme="majorHAnsi" w:hAnsiTheme="majorHAnsi" w:cstheme="majorHAnsi"/>
        </w:rPr>
        <w:t>;</w:t>
      </w:r>
    </w:p>
    <w:p w14:paraId="05B2167E" w14:textId="72BB9B5F" w:rsidR="00043E71" w:rsidRPr="000363CA" w:rsidRDefault="006D6AB6" w:rsidP="000363CA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</w:t>
      </w:r>
      <w:r w:rsidR="00B52705" w:rsidRPr="000363CA">
        <w:rPr>
          <w:rFonts w:asciiTheme="majorHAnsi" w:hAnsiTheme="majorHAnsi" w:cstheme="majorHAnsi"/>
        </w:rPr>
        <w:t>4</w:t>
      </w:r>
      <w:r w:rsidRPr="000363CA">
        <w:rPr>
          <w:rFonts w:asciiTheme="majorHAnsi" w:hAnsiTheme="majorHAnsi" w:cstheme="majorHAnsi"/>
        </w:rPr>
        <w:t xml:space="preserve"> – </w:t>
      </w:r>
      <w:proofErr w:type="spellStart"/>
      <w:r w:rsidR="00E529A7" w:rsidRPr="000363CA">
        <w:rPr>
          <w:rFonts w:asciiTheme="majorHAnsi" w:hAnsiTheme="majorHAnsi" w:cstheme="majorHAnsi"/>
        </w:rPr>
        <w:t>Oświadczenie</w:t>
      </w:r>
      <w:proofErr w:type="spellEnd"/>
      <w:r w:rsidR="00E529A7" w:rsidRPr="000363CA">
        <w:rPr>
          <w:rFonts w:asciiTheme="majorHAnsi" w:hAnsiTheme="majorHAnsi" w:cstheme="majorHAnsi"/>
        </w:rPr>
        <w:t xml:space="preserve"> o </w:t>
      </w:r>
      <w:proofErr w:type="spellStart"/>
      <w:r w:rsidR="00E529A7" w:rsidRPr="000363CA">
        <w:rPr>
          <w:rFonts w:asciiTheme="majorHAnsi" w:hAnsiTheme="majorHAnsi" w:cstheme="majorHAnsi"/>
        </w:rPr>
        <w:t>braku</w:t>
      </w:r>
      <w:proofErr w:type="spellEnd"/>
      <w:r w:rsidR="00E529A7" w:rsidRPr="000363CA">
        <w:rPr>
          <w:rFonts w:asciiTheme="majorHAnsi" w:hAnsiTheme="majorHAnsi" w:cstheme="majorHAnsi"/>
        </w:rPr>
        <w:t xml:space="preserve"> </w:t>
      </w:r>
      <w:proofErr w:type="spellStart"/>
      <w:r w:rsidR="00E529A7" w:rsidRPr="000363CA">
        <w:rPr>
          <w:rFonts w:asciiTheme="majorHAnsi" w:hAnsiTheme="majorHAnsi" w:cstheme="majorHAnsi"/>
        </w:rPr>
        <w:t>powiązań</w:t>
      </w:r>
      <w:proofErr w:type="spellEnd"/>
      <w:r w:rsidR="00E529A7" w:rsidRPr="000363CA">
        <w:rPr>
          <w:rFonts w:asciiTheme="majorHAnsi" w:hAnsiTheme="majorHAnsi" w:cstheme="majorHAnsi"/>
        </w:rPr>
        <w:t xml:space="preserve"> </w:t>
      </w:r>
      <w:proofErr w:type="spellStart"/>
      <w:r w:rsidR="00E529A7" w:rsidRPr="000363CA">
        <w:rPr>
          <w:rFonts w:asciiTheme="majorHAnsi" w:hAnsiTheme="majorHAnsi" w:cstheme="majorHAnsi"/>
        </w:rPr>
        <w:t>osobowych</w:t>
      </w:r>
      <w:proofErr w:type="spellEnd"/>
      <w:r w:rsidR="00E529A7" w:rsidRPr="000363CA">
        <w:rPr>
          <w:rFonts w:asciiTheme="majorHAnsi" w:hAnsiTheme="majorHAnsi" w:cstheme="majorHAnsi"/>
        </w:rPr>
        <w:t xml:space="preserve"> i </w:t>
      </w:r>
      <w:proofErr w:type="spellStart"/>
      <w:r w:rsidR="00E529A7" w:rsidRPr="000363CA">
        <w:rPr>
          <w:rFonts w:asciiTheme="majorHAnsi" w:hAnsiTheme="majorHAnsi" w:cstheme="majorHAnsi"/>
        </w:rPr>
        <w:t>kapitałowych</w:t>
      </w:r>
      <w:proofErr w:type="spellEnd"/>
      <w:r w:rsidR="00E529A7" w:rsidRPr="000363CA">
        <w:rPr>
          <w:rFonts w:asciiTheme="majorHAnsi" w:hAnsiTheme="majorHAnsi" w:cstheme="majorHAnsi"/>
        </w:rPr>
        <w:t xml:space="preserve"> z </w:t>
      </w:r>
      <w:proofErr w:type="spellStart"/>
      <w:r w:rsidR="00E529A7" w:rsidRPr="000363CA">
        <w:rPr>
          <w:rFonts w:asciiTheme="majorHAnsi" w:hAnsiTheme="majorHAnsi" w:cstheme="majorHAnsi"/>
        </w:rPr>
        <w:t>Zamawiającym</w:t>
      </w:r>
      <w:proofErr w:type="spellEnd"/>
    </w:p>
    <w:p w14:paraId="10F4CFAF" w14:textId="3ACAA787" w:rsidR="00E529A7" w:rsidRPr="000363CA" w:rsidRDefault="00E529A7" w:rsidP="000363CA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proofErr w:type="spellStart"/>
      <w:r w:rsidRPr="000363CA">
        <w:rPr>
          <w:rFonts w:asciiTheme="majorHAnsi" w:hAnsiTheme="majorHAnsi" w:cstheme="majorHAnsi"/>
        </w:rPr>
        <w:t>Załącznik</w:t>
      </w:r>
      <w:proofErr w:type="spellEnd"/>
      <w:r w:rsidRPr="000363CA">
        <w:rPr>
          <w:rFonts w:asciiTheme="majorHAnsi" w:hAnsiTheme="majorHAnsi" w:cstheme="majorHAnsi"/>
        </w:rPr>
        <w:t xml:space="preserve"> nr </w:t>
      </w:r>
      <w:r w:rsidR="00B52705" w:rsidRPr="000363CA">
        <w:rPr>
          <w:rFonts w:asciiTheme="majorHAnsi" w:hAnsiTheme="majorHAnsi" w:cstheme="majorHAnsi"/>
        </w:rPr>
        <w:t>5</w:t>
      </w:r>
      <w:r w:rsidRPr="000363CA">
        <w:rPr>
          <w:rFonts w:asciiTheme="majorHAnsi" w:hAnsiTheme="majorHAnsi" w:cstheme="majorHAnsi"/>
        </w:rPr>
        <w:t xml:space="preserve"> - </w:t>
      </w:r>
      <w:proofErr w:type="spellStart"/>
      <w:r w:rsidRPr="000363CA">
        <w:rPr>
          <w:rFonts w:asciiTheme="majorHAnsi" w:hAnsiTheme="majorHAnsi" w:cstheme="majorHAnsi"/>
        </w:rPr>
        <w:t>Oświadczenia</w:t>
      </w:r>
      <w:proofErr w:type="spellEnd"/>
      <w:r w:rsidRPr="000363CA">
        <w:rPr>
          <w:rFonts w:asciiTheme="majorHAnsi" w:hAnsiTheme="majorHAnsi" w:cstheme="majorHAnsi"/>
        </w:rPr>
        <w:t xml:space="preserve"> o </w:t>
      </w:r>
      <w:proofErr w:type="spellStart"/>
      <w:r w:rsidRPr="000363CA">
        <w:rPr>
          <w:rFonts w:asciiTheme="majorHAnsi" w:hAnsiTheme="majorHAnsi" w:cstheme="majorHAnsi"/>
        </w:rPr>
        <w:t>braku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wykluczenia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postępowania</w:t>
      </w:r>
      <w:proofErr w:type="spellEnd"/>
      <w:r w:rsidRPr="000363CA">
        <w:rPr>
          <w:rFonts w:asciiTheme="majorHAnsi" w:hAnsiTheme="majorHAnsi" w:cstheme="majorHAnsi"/>
        </w:rPr>
        <w:t xml:space="preserve"> w </w:t>
      </w:r>
      <w:proofErr w:type="spellStart"/>
      <w:r w:rsidRPr="000363CA">
        <w:rPr>
          <w:rFonts w:asciiTheme="majorHAnsi" w:hAnsiTheme="majorHAnsi" w:cstheme="majorHAnsi"/>
        </w:rPr>
        <w:t>związku</w:t>
      </w:r>
      <w:proofErr w:type="spellEnd"/>
      <w:r w:rsidRPr="000363CA">
        <w:rPr>
          <w:rFonts w:asciiTheme="majorHAnsi" w:hAnsiTheme="majorHAnsi" w:cstheme="majorHAnsi"/>
        </w:rPr>
        <w:t xml:space="preserve"> z </w:t>
      </w:r>
      <w:proofErr w:type="spellStart"/>
      <w:r w:rsidRPr="000363CA">
        <w:rPr>
          <w:rFonts w:asciiTheme="majorHAnsi" w:hAnsiTheme="majorHAnsi" w:cstheme="majorHAnsi"/>
        </w:rPr>
        <w:t>działaniami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Rosji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destabilizującymi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sytuację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na</w:t>
      </w:r>
      <w:proofErr w:type="spellEnd"/>
      <w:r w:rsidRPr="000363CA">
        <w:rPr>
          <w:rFonts w:asciiTheme="majorHAnsi" w:hAnsiTheme="majorHAnsi" w:cstheme="majorHAnsi"/>
        </w:rPr>
        <w:t xml:space="preserve"> </w:t>
      </w:r>
      <w:proofErr w:type="spellStart"/>
      <w:r w:rsidRPr="000363CA">
        <w:rPr>
          <w:rFonts w:asciiTheme="majorHAnsi" w:hAnsiTheme="majorHAnsi" w:cstheme="majorHAnsi"/>
        </w:rPr>
        <w:t>Ukrainie</w:t>
      </w:r>
      <w:proofErr w:type="spellEnd"/>
    </w:p>
    <w:p w14:paraId="433B2CFF" w14:textId="77777777" w:rsidR="00E529A7" w:rsidRPr="000363CA" w:rsidRDefault="00E529A7" w:rsidP="000363CA">
      <w:pPr>
        <w:ind w:left="567" w:hanging="198"/>
        <w:jc w:val="both"/>
        <w:rPr>
          <w:rFonts w:asciiTheme="majorHAnsi" w:hAnsiTheme="majorHAnsi" w:cstheme="majorHAnsi"/>
        </w:rPr>
      </w:pPr>
    </w:p>
    <w:p w14:paraId="1C1582D8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br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52"/>
        <w:gridCol w:w="4252"/>
      </w:tblGrid>
      <w:tr w:rsidR="00043E71" w:rsidRPr="000363CA" w14:paraId="491A7F72" w14:textId="77777777">
        <w:trPr>
          <w:jc w:val="center"/>
        </w:trPr>
        <w:tc>
          <w:tcPr>
            <w:tcW w:w="4252" w:type="dxa"/>
          </w:tcPr>
          <w:p w14:paraId="00494C40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>ZAMAWIAJĄCY</w:t>
            </w:r>
          </w:p>
        </w:tc>
        <w:tc>
          <w:tcPr>
            <w:tcW w:w="4252" w:type="dxa"/>
          </w:tcPr>
          <w:p w14:paraId="16FED412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>WYKONAWCA</w:t>
            </w:r>
          </w:p>
        </w:tc>
      </w:tr>
      <w:tr w:rsidR="00043E71" w:rsidRPr="000363CA" w14:paraId="4050902C" w14:textId="77777777">
        <w:trPr>
          <w:jc w:val="center"/>
        </w:trPr>
        <w:tc>
          <w:tcPr>
            <w:tcW w:w="4252" w:type="dxa"/>
          </w:tcPr>
          <w:p w14:paraId="18981682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>....................................................</w:t>
            </w:r>
            <w:r w:rsidRPr="000363CA">
              <w:rPr>
                <w:rFonts w:asciiTheme="majorHAnsi" w:hAnsiTheme="majorHAnsi" w:cstheme="majorHAnsi"/>
                <w:sz w:val="18"/>
              </w:rPr>
              <w:br/>
            </w:r>
            <w:proofErr w:type="spellStart"/>
            <w:r w:rsidRPr="000363CA">
              <w:rPr>
                <w:rFonts w:asciiTheme="majorHAnsi" w:hAnsiTheme="majorHAnsi" w:cstheme="majorHAnsi"/>
                <w:sz w:val="18"/>
              </w:rPr>
              <w:t>Podpis</w:t>
            </w:r>
            <w:proofErr w:type="spellEnd"/>
            <w:r w:rsidRPr="000363CA">
              <w:rPr>
                <w:rFonts w:asciiTheme="majorHAnsi" w:hAnsiTheme="majorHAnsi" w:cstheme="majorHAnsi"/>
                <w:sz w:val="18"/>
              </w:rPr>
              <w:t xml:space="preserve"> i pieczęć</w:t>
            </w:r>
          </w:p>
        </w:tc>
        <w:tc>
          <w:tcPr>
            <w:tcW w:w="4252" w:type="dxa"/>
          </w:tcPr>
          <w:p w14:paraId="1DA439F8" w14:textId="77777777" w:rsidR="00043E71" w:rsidRPr="000363CA" w:rsidRDefault="006D6AB6" w:rsidP="000363CA">
            <w:pPr>
              <w:jc w:val="both"/>
              <w:rPr>
                <w:rFonts w:asciiTheme="majorHAnsi" w:hAnsiTheme="majorHAnsi" w:cstheme="majorHAnsi"/>
              </w:rPr>
            </w:pPr>
            <w:r w:rsidRPr="000363CA">
              <w:rPr>
                <w:rFonts w:asciiTheme="majorHAnsi" w:hAnsiTheme="majorHAnsi" w:cstheme="majorHAnsi"/>
                <w:sz w:val="18"/>
              </w:rPr>
              <w:t>....................................................</w:t>
            </w:r>
            <w:r w:rsidRPr="000363CA">
              <w:rPr>
                <w:rFonts w:asciiTheme="majorHAnsi" w:hAnsiTheme="majorHAnsi" w:cstheme="majorHAnsi"/>
                <w:sz w:val="18"/>
              </w:rPr>
              <w:br/>
            </w:r>
            <w:proofErr w:type="spellStart"/>
            <w:r w:rsidRPr="000363CA">
              <w:rPr>
                <w:rFonts w:asciiTheme="majorHAnsi" w:hAnsiTheme="majorHAnsi" w:cstheme="majorHAnsi"/>
                <w:sz w:val="18"/>
              </w:rPr>
              <w:t>Podpis</w:t>
            </w:r>
            <w:proofErr w:type="spellEnd"/>
            <w:r w:rsidRPr="000363CA">
              <w:rPr>
                <w:rFonts w:asciiTheme="majorHAnsi" w:hAnsiTheme="majorHAnsi" w:cstheme="majorHAnsi"/>
                <w:sz w:val="18"/>
              </w:rPr>
              <w:t xml:space="preserve"> i </w:t>
            </w:r>
            <w:proofErr w:type="spellStart"/>
            <w:r w:rsidRPr="000363CA">
              <w:rPr>
                <w:rFonts w:asciiTheme="majorHAnsi" w:hAnsiTheme="majorHAnsi" w:cstheme="majorHAnsi"/>
                <w:sz w:val="18"/>
              </w:rPr>
              <w:t>pieczęć</w:t>
            </w:r>
            <w:proofErr w:type="spellEnd"/>
          </w:p>
        </w:tc>
      </w:tr>
    </w:tbl>
    <w:p w14:paraId="6DB7C0D9" w14:textId="77777777" w:rsidR="00043E71" w:rsidRPr="000363CA" w:rsidRDefault="006D6AB6" w:rsidP="000363CA">
      <w:pPr>
        <w:jc w:val="both"/>
        <w:rPr>
          <w:rFonts w:asciiTheme="majorHAnsi" w:hAnsiTheme="majorHAnsi" w:cstheme="majorHAnsi"/>
        </w:rPr>
      </w:pPr>
      <w:r w:rsidRPr="000363CA">
        <w:rPr>
          <w:rFonts w:asciiTheme="majorHAnsi" w:hAnsiTheme="majorHAnsi" w:cstheme="majorHAnsi"/>
        </w:rPr>
        <w:br w:type="page"/>
      </w:r>
    </w:p>
    <w:p w14:paraId="0A07CDCD" w14:textId="42FA5D9E" w:rsidR="00043E71" w:rsidRPr="000363CA" w:rsidRDefault="00043E71" w:rsidP="000363CA">
      <w:pPr>
        <w:jc w:val="both"/>
        <w:rPr>
          <w:rFonts w:asciiTheme="majorHAnsi" w:hAnsiTheme="majorHAnsi" w:cstheme="majorHAnsi"/>
        </w:rPr>
      </w:pPr>
    </w:p>
    <w:sectPr w:rsidR="00043E71" w:rsidRPr="000363CA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8429" w14:textId="77777777" w:rsidR="0078186E" w:rsidRDefault="0078186E">
      <w:pPr>
        <w:spacing w:after="0" w:line="240" w:lineRule="auto"/>
      </w:pPr>
      <w:r>
        <w:separator/>
      </w:r>
    </w:p>
  </w:endnote>
  <w:endnote w:type="continuationSeparator" w:id="0">
    <w:p w14:paraId="2EF5EB13" w14:textId="77777777" w:rsidR="0078186E" w:rsidRDefault="0078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E783" w14:textId="77777777" w:rsidR="00D007C9" w:rsidRDefault="00D007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334F" w14:textId="77777777" w:rsidR="00043E71" w:rsidRDefault="006D6AB6">
    <w:pPr>
      <w:pStyle w:val="Stopka"/>
      <w:jc w:val="center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9B1E6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4B70" w14:textId="77777777" w:rsidR="00D007C9" w:rsidRDefault="00D00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9AF5" w14:textId="77777777" w:rsidR="0078186E" w:rsidRDefault="0078186E">
      <w:pPr>
        <w:spacing w:after="0" w:line="240" w:lineRule="auto"/>
      </w:pPr>
      <w:r>
        <w:separator/>
      </w:r>
    </w:p>
  </w:footnote>
  <w:footnote w:type="continuationSeparator" w:id="0">
    <w:p w14:paraId="5D93038B" w14:textId="77777777" w:rsidR="0078186E" w:rsidRDefault="0078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EC24" w14:textId="77777777" w:rsidR="00D007C9" w:rsidRDefault="00D007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A9A6" w14:textId="050680E9" w:rsidR="00043E71" w:rsidRPr="00D007C9" w:rsidRDefault="00D007C9" w:rsidP="00D007C9">
    <w:pPr>
      <w:pStyle w:val="Nagwek"/>
    </w:pPr>
    <w:r>
      <w:rPr>
        <w:noProof/>
      </w:rPr>
      <w:drawing>
        <wp:inline distT="0" distB="0" distL="0" distR="0" wp14:anchorId="658C19EC" wp14:editId="5F65E3AD">
          <wp:extent cx="6188710" cy="672465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08CF" w14:textId="77777777" w:rsidR="00D007C9" w:rsidRDefault="00D007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167CBF"/>
    <w:multiLevelType w:val="hybridMultilevel"/>
    <w:tmpl w:val="40EE4D68"/>
    <w:lvl w:ilvl="0" w:tplc="A78C13FE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74C3369D"/>
    <w:multiLevelType w:val="hybridMultilevel"/>
    <w:tmpl w:val="A7CCCC92"/>
    <w:lvl w:ilvl="0" w:tplc="0415000F">
      <w:start w:val="1"/>
      <w:numFmt w:val="decimal"/>
      <w:lvlText w:val="%1."/>
      <w:lvlJc w:val="left"/>
      <w:pPr>
        <w:ind w:left="1089" w:hanging="360"/>
      </w:p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num w:numId="1" w16cid:durableId="840200232">
    <w:abstractNumId w:val="8"/>
  </w:num>
  <w:num w:numId="2" w16cid:durableId="753432150">
    <w:abstractNumId w:val="6"/>
  </w:num>
  <w:num w:numId="3" w16cid:durableId="1928883512">
    <w:abstractNumId w:val="5"/>
  </w:num>
  <w:num w:numId="4" w16cid:durableId="1619099348">
    <w:abstractNumId w:val="4"/>
  </w:num>
  <w:num w:numId="5" w16cid:durableId="648949042">
    <w:abstractNumId w:val="7"/>
  </w:num>
  <w:num w:numId="6" w16cid:durableId="604270679">
    <w:abstractNumId w:val="3"/>
  </w:num>
  <w:num w:numId="7" w16cid:durableId="812989771">
    <w:abstractNumId w:val="2"/>
  </w:num>
  <w:num w:numId="8" w16cid:durableId="1398817135">
    <w:abstractNumId w:val="1"/>
  </w:num>
  <w:num w:numId="9" w16cid:durableId="1885871148">
    <w:abstractNumId w:val="0"/>
  </w:num>
  <w:num w:numId="10" w16cid:durableId="595594500">
    <w:abstractNumId w:val="10"/>
  </w:num>
  <w:num w:numId="11" w16cid:durableId="1027412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443"/>
    <w:rsid w:val="000363CA"/>
    <w:rsid w:val="00043E71"/>
    <w:rsid w:val="0006063C"/>
    <w:rsid w:val="00104DF5"/>
    <w:rsid w:val="0015074B"/>
    <w:rsid w:val="001D43F5"/>
    <w:rsid w:val="0029639D"/>
    <w:rsid w:val="00326F90"/>
    <w:rsid w:val="00372FD2"/>
    <w:rsid w:val="00446964"/>
    <w:rsid w:val="004621DE"/>
    <w:rsid w:val="00516A70"/>
    <w:rsid w:val="005E4974"/>
    <w:rsid w:val="006D6AB6"/>
    <w:rsid w:val="0078186E"/>
    <w:rsid w:val="007874B0"/>
    <w:rsid w:val="007C1B21"/>
    <w:rsid w:val="007F2AC5"/>
    <w:rsid w:val="008B73ED"/>
    <w:rsid w:val="008F0F37"/>
    <w:rsid w:val="009B1E64"/>
    <w:rsid w:val="009F401C"/>
    <w:rsid w:val="00A041BF"/>
    <w:rsid w:val="00AA1D8D"/>
    <w:rsid w:val="00B03F6F"/>
    <w:rsid w:val="00B47730"/>
    <w:rsid w:val="00B52705"/>
    <w:rsid w:val="00C8279D"/>
    <w:rsid w:val="00CB0664"/>
    <w:rsid w:val="00CE4F98"/>
    <w:rsid w:val="00D007C9"/>
    <w:rsid w:val="00E529A7"/>
    <w:rsid w:val="00EA2AC9"/>
    <w:rsid w:val="00F80E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ED600"/>
  <w14:defaultImageDpi w14:val="300"/>
  <w15:docId w15:val="{12978029-5D73-D947-A90B-8821E3EE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1992</Words>
  <Characters>11952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Zarańska</cp:lastModifiedBy>
  <cp:revision>8</cp:revision>
  <dcterms:created xsi:type="dcterms:W3CDTF">2026-07-01T09:35:00Z</dcterms:created>
  <dcterms:modified xsi:type="dcterms:W3CDTF">2026-07-06T10:07:00Z</dcterms:modified>
  <cp:category/>
</cp:coreProperties>
</file>